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7A229" w14:textId="0060B7D2" w:rsidR="00821CA1" w:rsidRPr="0026204C" w:rsidRDefault="0026204C">
      <w:pPr>
        <w:jc w:val="center"/>
        <w:rPr>
          <w:lang w:val="sv-SE"/>
        </w:rPr>
      </w:pPr>
      <w:r w:rsidRPr="008217A7">
        <w:rPr>
          <w:rFonts w:ascii="Palatino Linotype" w:hAnsi="Palatino Linotype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978ABB6" wp14:editId="45603657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361950" cy="336550"/>
                <wp:effectExtent l="0" t="0" r="0" b="6350"/>
                <wp:wrapNone/>
                <wp:docPr id="4" name="Freeform 27">
                  <a:extLst xmlns:a="http://schemas.openxmlformats.org/drawingml/2006/main">
                    <a:ext uri="{FF2B5EF4-FFF2-40B4-BE49-F238E27FC236}">
                      <a16:creationId xmlns:a16="http://schemas.microsoft.com/office/drawing/2014/main" id="{AF069D7F-9BBC-AD79-A21E-3ED4D221397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36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5730" h="1478876">
                              <a:moveTo>
                                <a:pt x="0" y="0"/>
                              </a:moveTo>
                              <a:lnTo>
                                <a:pt x="2475730" y="0"/>
                              </a:lnTo>
                              <a:lnTo>
                                <a:pt x="2475730" y="1478876"/>
                              </a:lnTo>
                              <a:lnTo>
                                <a:pt x="0" y="14788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6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C0843A" id="Freeform 27" o:spid="_x0000_s1026" style="position:absolute;margin-left:0;margin-top:0;width:28.5pt;height:26.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2475730,14788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" path="m,l2475730,r,1478876l,1478876,,xe" stroked="f">
                <v:fill r:id="rId7" o:title="" recolor="t" rotate="t" type="frame"/>
                <v:path arrowok="t"/>
                <w10:wrap anchorx="margin"/>
              </v:shape>
            </w:pict>
          </mc:Fallback>
        </mc:AlternateContent>
      </w:r>
      <w:r w:rsidR="00F22808" w:rsidRPr="0026204C">
        <w:rPr>
          <w:b/>
          <w:sz w:val="36"/>
          <w:lang w:val="sv-SE"/>
        </w:rPr>
        <w:t>BILAGA 1 – SAMLAT SVARSFORMULÄR</w:t>
      </w:r>
    </w:p>
    <w:p w14:paraId="6AD4DA3B" w14:textId="77777777" w:rsidR="00821CA1" w:rsidRPr="0026204C" w:rsidRDefault="00F22808">
      <w:pPr>
        <w:jc w:val="center"/>
        <w:rPr>
          <w:lang w:val="sv-SE"/>
        </w:rPr>
      </w:pPr>
      <w:r w:rsidRPr="0026204C">
        <w:rPr>
          <w:b/>
          <w:sz w:val="22"/>
          <w:lang w:val="sv-SE"/>
        </w:rPr>
        <w:t>GALA-2026-001 – Mat, servering och bar – ÅSELEGALAN 2026</w:t>
      </w:r>
    </w:p>
    <w:p w14:paraId="02C4F363" w14:textId="77777777" w:rsidR="00821CA1" w:rsidRPr="0026204C" w:rsidRDefault="00F22808">
      <w:pPr>
        <w:rPr>
          <w:lang w:val="sv-SE"/>
        </w:rPr>
      </w:pPr>
      <w:r w:rsidRPr="0026204C">
        <w:rPr>
          <w:lang w:val="sv-SE"/>
        </w:rPr>
        <w:t>Denna bilaga fylls i och bifogas offerten. Den ersätter tidigare separata bilagor för obligatoriska krav, pris, meny/genomförande samt bemanning/referenser. Svara kort och tydligt. Hänvisa vid behov till separat bilaga.</w:t>
      </w:r>
    </w:p>
    <w:p w14:paraId="58B9CA72" w14:textId="77777777" w:rsidR="00821CA1" w:rsidRPr="0026204C" w:rsidRDefault="00821CA1">
      <w:pPr>
        <w:rPr>
          <w:lang w:val="sv-SE"/>
        </w:rPr>
      </w:pPr>
    </w:p>
    <w:p w14:paraId="6A985B12" w14:textId="77777777" w:rsidR="00821CA1" w:rsidRPr="0026204C" w:rsidRDefault="00F22808">
      <w:pPr>
        <w:rPr>
          <w:lang w:val="sv-SE"/>
        </w:rPr>
      </w:pPr>
      <w:r w:rsidRPr="0026204C">
        <w:rPr>
          <w:lang w:val="sv-SE"/>
        </w:rPr>
        <w:t>Leverantören ansvarar för hela måltids-, dryckes- och serveringsupplevelsen under kvällen – från välkomstmingel till avslutad servering, barservice, disk och återställning – med professionellt värdskap och samordning med galans program.</w:t>
      </w:r>
    </w:p>
    <w:p w14:paraId="71EAA258" w14:textId="77777777" w:rsidR="00821CA1" w:rsidRDefault="00F22808">
      <w:pPr>
        <w:pStyle w:val="Rubrik1"/>
      </w:pPr>
      <w:r>
        <w:t>1. Leverantörsuppgifter</w:t>
      </w:r>
    </w:p>
    <w:tbl>
      <w:tblPr>
        <w:tblStyle w:val="Tabellrutnt"/>
        <w:tblW w:w="0" w:type="auto"/>
        <w:jc w:val="center"/>
        <w:tblLook w:val="04A0" w:firstRow="1" w:lastRow="0" w:firstColumn="1" w:lastColumn="0" w:noHBand="0" w:noVBand="1"/>
      </w:tblPr>
      <w:tblGrid>
        <w:gridCol w:w="5152"/>
        <w:gridCol w:w="5150"/>
      </w:tblGrid>
      <w:tr w:rsidR="00821CA1" w14:paraId="28D50F39" w14:textId="77777777">
        <w:trPr>
          <w:jc w:val="center"/>
        </w:trPr>
        <w:tc>
          <w:tcPr>
            <w:tcW w:w="5156" w:type="dxa"/>
            <w:shd w:val="clear" w:color="auto" w:fill="E7E6E6"/>
            <w:vAlign w:val="center"/>
          </w:tcPr>
          <w:p w14:paraId="5162FDE2" w14:textId="77777777" w:rsidR="00821CA1" w:rsidRDefault="00F22808">
            <w:r>
              <w:rPr>
                <w:b/>
                <w:sz w:val="18"/>
              </w:rPr>
              <w:t>Uppgift</w:t>
            </w:r>
          </w:p>
        </w:tc>
        <w:tc>
          <w:tcPr>
            <w:tcW w:w="5156" w:type="dxa"/>
            <w:shd w:val="clear" w:color="auto" w:fill="E7E6E6"/>
            <w:vAlign w:val="center"/>
          </w:tcPr>
          <w:p w14:paraId="5DB2A0F0" w14:textId="77777777" w:rsidR="00821CA1" w:rsidRDefault="00F22808">
            <w:r>
              <w:rPr>
                <w:b/>
                <w:sz w:val="18"/>
              </w:rPr>
              <w:t>Svar</w:t>
            </w:r>
          </w:p>
        </w:tc>
      </w:tr>
      <w:tr w:rsidR="00821CA1" w14:paraId="2C8AAA74" w14:textId="77777777">
        <w:trPr>
          <w:jc w:val="center"/>
        </w:trPr>
        <w:tc>
          <w:tcPr>
            <w:tcW w:w="5156" w:type="dxa"/>
            <w:vAlign w:val="center"/>
          </w:tcPr>
          <w:p w14:paraId="10B5D71A" w14:textId="77777777" w:rsidR="00821CA1" w:rsidRDefault="00F22808">
            <w:r>
              <w:rPr>
                <w:sz w:val="18"/>
              </w:rPr>
              <w:t>Företagsnamn</w:t>
            </w:r>
          </w:p>
        </w:tc>
        <w:tc>
          <w:tcPr>
            <w:tcW w:w="5156" w:type="dxa"/>
            <w:vAlign w:val="center"/>
          </w:tcPr>
          <w:p w14:paraId="2B09A84F" w14:textId="77777777" w:rsidR="00821CA1" w:rsidRDefault="00F22808">
            <w:r>
              <w:rPr>
                <w:sz w:val="18"/>
              </w:rPr>
              <w:t>Skriv här</w:t>
            </w:r>
          </w:p>
        </w:tc>
      </w:tr>
      <w:tr w:rsidR="00821CA1" w14:paraId="3AC1C02D" w14:textId="77777777">
        <w:trPr>
          <w:jc w:val="center"/>
        </w:trPr>
        <w:tc>
          <w:tcPr>
            <w:tcW w:w="5156" w:type="dxa"/>
            <w:vAlign w:val="center"/>
          </w:tcPr>
          <w:p w14:paraId="5EB9F01E" w14:textId="77777777" w:rsidR="00821CA1" w:rsidRDefault="00F22808">
            <w:r>
              <w:rPr>
                <w:sz w:val="18"/>
              </w:rPr>
              <w:t>Organisationsnummer</w:t>
            </w:r>
          </w:p>
        </w:tc>
        <w:tc>
          <w:tcPr>
            <w:tcW w:w="5156" w:type="dxa"/>
            <w:vAlign w:val="center"/>
          </w:tcPr>
          <w:p w14:paraId="1E3D8FC8" w14:textId="77777777" w:rsidR="00821CA1" w:rsidRDefault="00F22808">
            <w:r>
              <w:rPr>
                <w:sz w:val="18"/>
              </w:rPr>
              <w:t>Skriv här</w:t>
            </w:r>
          </w:p>
        </w:tc>
      </w:tr>
      <w:tr w:rsidR="00821CA1" w14:paraId="2FC410AF" w14:textId="77777777">
        <w:trPr>
          <w:jc w:val="center"/>
        </w:trPr>
        <w:tc>
          <w:tcPr>
            <w:tcW w:w="5156" w:type="dxa"/>
            <w:vAlign w:val="center"/>
          </w:tcPr>
          <w:p w14:paraId="35F653FE" w14:textId="77777777" w:rsidR="00821CA1" w:rsidRDefault="00F22808">
            <w:r>
              <w:rPr>
                <w:sz w:val="18"/>
              </w:rPr>
              <w:t>Adress</w:t>
            </w:r>
          </w:p>
        </w:tc>
        <w:tc>
          <w:tcPr>
            <w:tcW w:w="5156" w:type="dxa"/>
            <w:vAlign w:val="center"/>
          </w:tcPr>
          <w:p w14:paraId="4601025A" w14:textId="77777777" w:rsidR="00821CA1" w:rsidRDefault="00F22808">
            <w:r>
              <w:rPr>
                <w:sz w:val="18"/>
              </w:rPr>
              <w:t>Skriv här</w:t>
            </w:r>
          </w:p>
        </w:tc>
      </w:tr>
      <w:tr w:rsidR="00821CA1" w14:paraId="057036AF" w14:textId="77777777">
        <w:trPr>
          <w:jc w:val="center"/>
        </w:trPr>
        <w:tc>
          <w:tcPr>
            <w:tcW w:w="5156" w:type="dxa"/>
            <w:vAlign w:val="center"/>
          </w:tcPr>
          <w:p w14:paraId="0FC0E930" w14:textId="77777777" w:rsidR="00821CA1" w:rsidRDefault="00F22808">
            <w:r>
              <w:rPr>
                <w:sz w:val="18"/>
              </w:rPr>
              <w:t>Kontaktperson</w:t>
            </w:r>
          </w:p>
        </w:tc>
        <w:tc>
          <w:tcPr>
            <w:tcW w:w="5156" w:type="dxa"/>
            <w:vAlign w:val="center"/>
          </w:tcPr>
          <w:p w14:paraId="76BE8138" w14:textId="77777777" w:rsidR="00821CA1" w:rsidRDefault="00F22808">
            <w:r>
              <w:rPr>
                <w:sz w:val="18"/>
              </w:rPr>
              <w:t>Skriv här</w:t>
            </w:r>
          </w:p>
        </w:tc>
      </w:tr>
      <w:tr w:rsidR="00821CA1" w14:paraId="394B49B7" w14:textId="77777777">
        <w:trPr>
          <w:jc w:val="center"/>
        </w:trPr>
        <w:tc>
          <w:tcPr>
            <w:tcW w:w="5156" w:type="dxa"/>
            <w:vAlign w:val="center"/>
          </w:tcPr>
          <w:p w14:paraId="3CEE9C6F" w14:textId="77777777" w:rsidR="00821CA1" w:rsidRDefault="00F22808">
            <w:r>
              <w:rPr>
                <w:sz w:val="18"/>
              </w:rPr>
              <w:t>Telefon</w:t>
            </w:r>
          </w:p>
        </w:tc>
        <w:tc>
          <w:tcPr>
            <w:tcW w:w="5156" w:type="dxa"/>
            <w:vAlign w:val="center"/>
          </w:tcPr>
          <w:p w14:paraId="28F42565" w14:textId="77777777" w:rsidR="00821CA1" w:rsidRDefault="00F22808">
            <w:r>
              <w:rPr>
                <w:sz w:val="18"/>
              </w:rPr>
              <w:t>Skriv här</w:t>
            </w:r>
          </w:p>
        </w:tc>
      </w:tr>
      <w:tr w:rsidR="00821CA1" w14:paraId="60D2DE55" w14:textId="77777777">
        <w:trPr>
          <w:jc w:val="center"/>
        </w:trPr>
        <w:tc>
          <w:tcPr>
            <w:tcW w:w="5156" w:type="dxa"/>
            <w:vAlign w:val="center"/>
          </w:tcPr>
          <w:p w14:paraId="1857C9E6" w14:textId="77777777" w:rsidR="00821CA1" w:rsidRDefault="00F22808">
            <w:r>
              <w:rPr>
                <w:sz w:val="18"/>
              </w:rPr>
              <w:t>E-post</w:t>
            </w:r>
          </w:p>
        </w:tc>
        <w:tc>
          <w:tcPr>
            <w:tcW w:w="5156" w:type="dxa"/>
            <w:vAlign w:val="center"/>
          </w:tcPr>
          <w:p w14:paraId="7AE93CEA" w14:textId="77777777" w:rsidR="00821CA1" w:rsidRDefault="00F22808">
            <w:r>
              <w:rPr>
                <w:sz w:val="18"/>
              </w:rPr>
              <w:t>Skriv här</w:t>
            </w:r>
          </w:p>
        </w:tc>
      </w:tr>
    </w:tbl>
    <w:p w14:paraId="14A85081" w14:textId="77777777" w:rsidR="00821CA1" w:rsidRDefault="00F22808">
      <w:pPr>
        <w:pStyle w:val="Rubrik1"/>
      </w:pPr>
      <w:r>
        <w:t>2. Bekräftelse av obligatoriska krav</w:t>
      </w:r>
    </w:p>
    <w:p w14:paraId="18250E60" w14:textId="77777777" w:rsidR="00821CA1" w:rsidRPr="0026204C" w:rsidRDefault="00F22808">
      <w:pPr>
        <w:rPr>
          <w:lang w:val="sv-SE"/>
        </w:rPr>
      </w:pPr>
      <w:r w:rsidRPr="0026204C">
        <w:rPr>
          <w:lang w:val="sv-SE"/>
        </w:rPr>
        <w:t>Markera Ja eller Nej. Kommentar krävs endast vid behov.</w:t>
      </w:r>
    </w:p>
    <w:tbl>
      <w:tblPr>
        <w:tblStyle w:val="Tabellrutnt"/>
        <w:tblW w:w="0" w:type="auto"/>
        <w:jc w:val="center"/>
        <w:tblLook w:val="04A0" w:firstRow="1" w:lastRow="0" w:firstColumn="1" w:lastColumn="0" w:noHBand="0" w:noVBand="1"/>
      </w:tblPr>
      <w:tblGrid>
        <w:gridCol w:w="2576"/>
        <w:gridCol w:w="2575"/>
        <w:gridCol w:w="2575"/>
        <w:gridCol w:w="2576"/>
      </w:tblGrid>
      <w:tr w:rsidR="00821CA1" w14:paraId="7A949EFD" w14:textId="77777777">
        <w:trPr>
          <w:jc w:val="center"/>
        </w:trPr>
        <w:tc>
          <w:tcPr>
            <w:tcW w:w="2578" w:type="dxa"/>
            <w:shd w:val="clear" w:color="auto" w:fill="E7E6E6"/>
            <w:vAlign w:val="center"/>
          </w:tcPr>
          <w:p w14:paraId="60A5447A" w14:textId="77777777" w:rsidR="00821CA1" w:rsidRDefault="00F22808">
            <w:r>
              <w:rPr>
                <w:b/>
                <w:sz w:val="16"/>
              </w:rPr>
              <w:t>Krav</w:t>
            </w:r>
          </w:p>
        </w:tc>
        <w:tc>
          <w:tcPr>
            <w:tcW w:w="2578" w:type="dxa"/>
            <w:shd w:val="clear" w:color="auto" w:fill="E7E6E6"/>
            <w:vAlign w:val="center"/>
          </w:tcPr>
          <w:p w14:paraId="3F40E0B9" w14:textId="77777777" w:rsidR="00821CA1" w:rsidRDefault="00F22808">
            <w:r>
              <w:rPr>
                <w:b/>
                <w:sz w:val="16"/>
              </w:rPr>
              <w:t>Ja</w:t>
            </w:r>
          </w:p>
        </w:tc>
        <w:tc>
          <w:tcPr>
            <w:tcW w:w="2578" w:type="dxa"/>
            <w:shd w:val="clear" w:color="auto" w:fill="E7E6E6"/>
            <w:vAlign w:val="center"/>
          </w:tcPr>
          <w:p w14:paraId="36FA0255" w14:textId="77777777" w:rsidR="00821CA1" w:rsidRDefault="00F22808">
            <w:r>
              <w:rPr>
                <w:b/>
                <w:sz w:val="16"/>
              </w:rPr>
              <w:t>Nej</w:t>
            </w:r>
          </w:p>
        </w:tc>
        <w:tc>
          <w:tcPr>
            <w:tcW w:w="2578" w:type="dxa"/>
            <w:shd w:val="clear" w:color="auto" w:fill="E7E6E6"/>
            <w:vAlign w:val="center"/>
          </w:tcPr>
          <w:p w14:paraId="30384AA6" w14:textId="77777777" w:rsidR="00821CA1" w:rsidRDefault="00F22808">
            <w:r>
              <w:rPr>
                <w:b/>
                <w:sz w:val="16"/>
              </w:rPr>
              <w:t>Kommentar</w:t>
            </w:r>
          </w:p>
        </w:tc>
      </w:tr>
      <w:tr w:rsidR="00821CA1" w14:paraId="40EF9DB4" w14:textId="77777777">
        <w:trPr>
          <w:jc w:val="center"/>
        </w:trPr>
        <w:tc>
          <w:tcPr>
            <w:tcW w:w="2578" w:type="dxa"/>
            <w:vAlign w:val="center"/>
          </w:tcPr>
          <w:p w14:paraId="32A44433" w14:textId="77777777" w:rsidR="00821CA1" w:rsidRDefault="00F22808">
            <w:r>
              <w:rPr>
                <w:sz w:val="16"/>
              </w:rPr>
              <w:t>Registrerad för F-skatt</w:t>
            </w:r>
          </w:p>
        </w:tc>
        <w:tc>
          <w:tcPr>
            <w:tcW w:w="2578" w:type="dxa"/>
            <w:vAlign w:val="center"/>
          </w:tcPr>
          <w:p w14:paraId="62D92EC5" w14:textId="77777777" w:rsidR="00821CA1" w:rsidRDefault="00F22808">
            <w:r>
              <w:rPr>
                <w:sz w:val="16"/>
              </w:rPr>
              <w:t>☐</w:t>
            </w:r>
          </w:p>
        </w:tc>
        <w:tc>
          <w:tcPr>
            <w:tcW w:w="2578" w:type="dxa"/>
            <w:vAlign w:val="center"/>
          </w:tcPr>
          <w:p w14:paraId="40E41807" w14:textId="77777777" w:rsidR="00821CA1" w:rsidRDefault="00F22808">
            <w:r>
              <w:rPr>
                <w:sz w:val="16"/>
              </w:rPr>
              <w:t>☐</w:t>
            </w:r>
          </w:p>
        </w:tc>
        <w:tc>
          <w:tcPr>
            <w:tcW w:w="2578" w:type="dxa"/>
            <w:vAlign w:val="center"/>
          </w:tcPr>
          <w:p w14:paraId="097AA3EE" w14:textId="77777777" w:rsidR="00821CA1" w:rsidRDefault="00F22808">
            <w:r>
              <w:rPr>
                <w:sz w:val="16"/>
              </w:rPr>
              <w:t>Vid behov</w:t>
            </w:r>
          </w:p>
        </w:tc>
      </w:tr>
      <w:tr w:rsidR="00821CA1" w14:paraId="2E65AB3F" w14:textId="77777777">
        <w:trPr>
          <w:jc w:val="center"/>
        </w:trPr>
        <w:tc>
          <w:tcPr>
            <w:tcW w:w="2578" w:type="dxa"/>
            <w:vAlign w:val="center"/>
          </w:tcPr>
          <w:p w14:paraId="4381DDBA" w14:textId="77777777" w:rsidR="00821CA1" w:rsidRDefault="00F22808">
            <w:r>
              <w:rPr>
                <w:sz w:val="16"/>
              </w:rPr>
              <w:t>Giltig ansvarsförsäkring</w:t>
            </w:r>
          </w:p>
        </w:tc>
        <w:tc>
          <w:tcPr>
            <w:tcW w:w="2578" w:type="dxa"/>
            <w:vAlign w:val="center"/>
          </w:tcPr>
          <w:p w14:paraId="68241284" w14:textId="77777777" w:rsidR="00821CA1" w:rsidRDefault="00F22808">
            <w:r>
              <w:rPr>
                <w:sz w:val="16"/>
              </w:rPr>
              <w:t>☐</w:t>
            </w:r>
          </w:p>
        </w:tc>
        <w:tc>
          <w:tcPr>
            <w:tcW w:w="2578" w:type="dxa"/>
            <w:vAlign w:val="center"/>
          </w:tcPr>
          <w:p w14:paraId="4AE74C03" w14:textId="77777777" w:rsidR="00821CA1" w:rsidRDefault="00F22808">
            <w:r>
              <w:rPr>
                <w:sz w:val="16"/>
              </w:rPr>
              <w:t>☐</w:t>
            </w:r>
          </w:p>
        </w:tc>
        <w:tc>
          <w:tcPr>
            <w:tcW w:w="2578" w:type="dxa"/>
            <w:vAlign w:val="center"/>
          </w:tcPr>
          <w:p w14:paraId="265BE4CF" w14:textId="77777777" w:rsidR="00821CA1" w:rsidRDefault="00F22808">
            <w:r>
              <w:rPr>
                <w:sz w:val="16"/>
              </w:rPr>
              <w:t>Vid behov</w:t>
            </w:r>
          </w:p>
        </w:tc>
      </w:tr>
      <w:tr w:rsidR="00821CA1" w14:paraId="523EDEFE" w14:textId="77777777">
        <w:trPr>
          <w:jc w:val="center"/>
        </w:trPr>
        <w:tc>
          <w:tcPr>
            <w:tcW w:w="2578" w:type="dxa"/>
            <w:vAlign w:val="center"/>
          </w:tcPr>
          <w:p w14:paraId="0D6765C2" w14:textId="77777777" w:rsidR="00821CA1" w:rsidRPr="0026204C" w:rsidRDefault="00F22808">
            <w:pPr>
              <w:rPr>
                <w:lang w:val="sv-SE"/>
              </w:rPr>
            </w:pPr>
            <w:r w:rsidRPr="0026204C">
              <w:rPr>
                <w:sz w:val="16"/>
                <w:lang w:val="sv-SE"/>
              </w:rPr>
              <w:t>Erforderliga tillstånd/registreringar för livsmedelshantering</w:t>
            </w:r>
          </w:p>
        </w:tc>
        <w:tc>
          <w:tcPr>
            <w:tcW w:w="2578" w:type="dxa"/>
            <w:vAlign w:val="center"/>
          </w:tcPr>
          <w:p w14:paraId="52B77D18" w14:textId="77777777" w:rsidR="00821CA1" w:rsidRDefault="00F22808">
            <w:r>
              <w:rPr>
                <w:sz w:val="16"/>
              </w:rPr>
              <w:t>☐</w:t>
            </w:r>
          </w:p>
        </w:tc>
        <w:tc>
          <w:tcPr>
            <w:tcW w:w="2578" w:type="dxa"/>
            <w:vAlign w:val="center"/>
          </w:tcPr>
          <w:p w14:paraId="6446F5B5" w14:textId="77777777" w:rsidR="00821CA1" w:rsidRDefault="00F22808">
            <w:r>
              <w:rPr>
                <w:sz w:val="16"/>
              </w:rPr>
              <w:t>☐</w:t>
            </w:r>
          </w:p>
        </w:tc>
        <w:tc>
          <w:tcPr>
            <w:tcW w:w="2578" w:type="dxa"/>
            <w:vAlign w:val="center"/>
          </w:tcPr>
          <w:p w14:paraId="114D017D" w14:textId="77777777" w:rsidR="00821CA1" w:rsidRDefault="00F22808">
            <w:r>
              <w:rPr>
                <w:sz w:val="16"/>
              </w:rPr>
              <w:t>Vid behov</w:t>
            </w:r>
          </w:p>
        </w:tc>
      </w:tr>
      <w:tr w:rsidR="00821CA1" w14:paraId="74600F72" w14:textId="77777777">
        <w:trPr>
          <w:jc w:val="center"/>
        </w:trPr>
        <w:tc>
          <w:tcPr>
            <w:tcW w:w="2578" w:type="dxa"/>
            <w:vAlign w:val="center"/>
          </w:tcPr>
          <w:p w14:paraId="50FD9428" w14:textId="77777777" w:rsidR="00821CA1" w:rsidRPr="0026204C" w:rsidRDefault="00F22808">
            <w:pPr>
              <w:rPr>
                <w:lang w:val="sv-SE"/>
              </w:rPr>
            </w:pPr>
            <w:r w:rsidRPr="0026204C">
              <w:rPr>
                <w:sz w:val="16"/>
                <w:lang w:val="sv-SE"/>
              </w:rPr>
              <w:t>Erforderliga tillstånd och fungerande lösning för bar/alkoholservering</w:t>
            </w:r>
          </w:p>
        </w:tc>
        <w:tc>
          <w:tcPr>
            <w:tcW w:w="2578" w:type="dxa"/>
            <w:vAlign w:val="center"/>
          </w:tcPr>
          <w:p w14:paraId="2B29B33A" w14:textId="77777777" w:rsidR="00821CA1" w:rsidRDefault="00F22808">
            <w:r>
              <w:rPr>
                <w:sz w:val="16"/>
              </w:rPr>
              <w:t>☐</w:t>
            </w:r>
          </w:p>
        </w:tc>
        <w:tc>
          <w:tcPr>
            <w:tcW w:w="2578" w:type="dxa"/>
            <w:vAlign w:val="center"/>
          </w:tcPr>
          <w:p w14:paraId="79CD72BC" w14:textId="77777777" w:rsidR="00821CA1" w:rsidRDefault="00F22808">
            <w:r>
              <w:rPr>
                <w:sz w:val="16"/>
              </w:rPr>
              <w:t>☐</w:t>
            </w:r>
          </w:p>
        </w:tc>
        <w:tc>
          <w:tcPr>
            <w:tcW w:w="2578" w:type="dxa"/>
            <w:vAlign w:val="center"/>
          </w:tcPr>
          <w:p w14:paraId="59B79F1D" w14:textId="77777777" w:rsidR="00821CA1" w:rsidRDefault="00F22808">
            <w:r>
              <w:rPr>
                <w:sz w:val="16"/>
              </w:rPr>
              <w:t>Vid behov</w:t>
            </w:r>
          </w:p>
        </w:tc>
      </w:tr>
      <w:tr w:rsidR="00821CA1" w14:paraId="2B4032BA" w14:textId="77777777">
        <w:trPr>
          <w:jc w:val="center"/>
        </w:trPr>
        <w:tc>
          <w:tcPr>
            <w:tcW w:w="2578" w:type="dxa"/>
            <w:vAlign w:val="center"/>
          </w:tcPr>
          <w:p w14:paraId="243D888B" w14:textId="77777777" w:rsidR="00821CA1" w:rsidRPr="0026204C" w:rsidRDefault="00F22808">
            <w:pPr>
              <w:rPr>
                <w:lang w:val="sv-SE"/>
              </w:rPr>
            </w:pPr>
            <w:r w:rsidRPr="0026204C">
              <w:rPr>
                <w:sz w:val="16"/>
                <w:lang w:val="sv-SE"/>
              </w:rPr>
              <w:t>Ansvarig kontaktperson och ansvarig arbetsledare/köksansvarig kan utses</w:t>
            </w:r>
          </w:p>
        </w:tc>
        <w:tc>
          <w:tcPr>
            <w:tcW w:w="2578" w:type="dxa"/>
            <w:vAlign w:val="center"/>
          </w:tcPr>
          <w:p w14:paraId="67AC0759" w14:textId="77777777" w:rsidR="00821CA1" w:rsidRDefault="00F22808">
            <w:r>
              <w:rPr>
                <w:sz w:val="16"/>
              </w:rPr>
              <w:t>☐</w:t>
            </w:r>
          </w:p>
        </w:tc>
        <w:tc>
          <w:tcPr>
            <w:tcW w:w="2578" w:type="dxa"/>
            <w:vAlign w:val="center"/>
          </w:tcPr>
          <w:p w14:paraId="4DA2CCC7" w14:textId="77777777" w:rsidR="00821CA1" w:rsidRDefault="00F22808">
            <w:r>
              <w:rPr>
                <w:sz w:val="16"/>
              </w:rPr>
              <w:t>☐</w:t>
            </w:r>
          </w:p>
        </w:tc>
        <w:tc>
          <w:tcPr>
            <w:tcW w:w="2578" w:type="dxa"/>
            <w:vAlign w:val="center"/>
          </w:tcPr>
          <w:p w14:paraId="7996DA43" w14:textId="77777777" w:rsidR="00821CA1" w:rsidRDefault="00F22808">
            <w:r>
              <w:rPr>
                <w:sz w:val="16"/>
              </w:rPr>
              <w:t>Vid behov</w:t>
            </w:r>
          </w:p>
        </w:tc>
      </w:tr>
      <w:tr w:rsidR="00821CA1" w14:paraId="796FD8F1" w14:textId="77777777">
        <w:trPr>
          <w:jc w:val="center"/>
        </w:trPr>
        <w:tc>
          <w:tcPr>
            <w:tcW w:w="2578" w:type="dxa"/>
            <w:vAlign w:val="center"/>
          </w:tcPr>
          <w:p w14:paraId="58E6E31C" w14:textId="77777777" w:rsidR="00821CA1" w:rsidRPr="0026204C" w:rsidRDefault="00F22808">
            <w:pPr>
              <w:rPr>
                <w:lang w:val="sv-SE"/>
              </w:rPr>
            </w:pPr>
            <w:r w:rsidRPr="0026204C">
              <w:rPr>
                <w:sz w:val="16"/>
                <w:lang w:val="sv-SE"/>
              </w:rPr>
              <w:t>Tillräcklig och kompetent bemanning kan tillhandahållas</w:t>
            </w:r>
          </w:p>
        </w:tc>
        <w:tc>
          <w:tcPr>
            <w:tcW w:w="2578" w:type="dxa"/>
            <w:vAlign w:val="center"/>
          </w:tcPr>
          <w:p w14:paraId="2CA38556" w14:textId="77777777" w:rsidR="00821CA1" w:rsidRDefault="00F22808">
            <w:r>
              <w:rPr>
                <w:sz w:val="16"/>
              </w:rPr>
              <w:t>☐</w:t>
            </w:r>
          </w:p>
        </w:tc>
        <w:tc>
          <w:tcPr>
            <w:tcW w:w="2578" w:type="dxa"/>
            <w:vAlign w:val="center"/>
          </w:tcPr>
          <w:p w14:paraId="183EF7C1" w14:textId="77777777" w:rsidR="00821CA1" w:rsidRDefault="00F22808">
            <w:r>
              <w:rPr>
                <w:sz w:val="16"/>
              </w:rPr>
              <w:t>☐</w:t>
            </w:r>
          </w:p>
        </w:tc>
        <w:tc>
          <w:tcPr>
            <w:tcW w:w="2578" w:type="dxa"/>
            <w:vAlign w:val="center"/>
          </w:tcPr>
          <w:p w14:paraId="42B373D7" w14:textId="77777777" w:rsidR="00821CA1" w:rsidRDefault="00F22808">
            <w:r>
              <w:rPr>
                <w:sz w:val="16"/>
              </w:rPr>
              <w:t>Vid behov</w:t>
            </w:r>
          </w:p>
        </w:tc>
      </w:tr>
      <w:tr w:rsidR="00821CA1" w14:paraId="5A4E2573" w14:textId="77777777">
        <w:trPr>
          <w:jc w:val="center"/>
        </w:trPr>
        <w:tc>
          <w:tcPr>
            <w:tcW w:w="2578" w:type="dxa"/>
            <w:vAlign w:val="center"/>
          </w:tcPr>
          <w:p w14:paraId="52E28D96" w14:textId="77777777" w:rsidR="00821CA1" w:rsidRPr="0026204C" w:rsidRDefault="00F22808">
            <w:pPr>
              <w:rPr>
                <w:lang w:val="sv-SE"/>
              </w:rPr>
            </w:pPr>
            <w:r w:rsidRPr="0026204C">
              <w:rPr>
                <w:sz w:val="16"/>
                <w:lang w:val="sv-SE"/>
              </w:rPr>
              <w:t>Uppdraget kan genomföras enligt överenskommen kvalitet och tidplan</w:t>
            </w:r>
          </w:p>
        </w:tc>
        <w:tc>
          <w:tcPr>
            <w:tcW w:w="2578" w:type="dxa"/>
            <w:vAlign w:val="center"/>
          </w:tcPr>
          <w:p w14:paraId="585E8D08" w14:textId="77777777" w:rsidR="00821CA1" w:rsidRDefault="00F22808">
            <w:r>
              <w:rPr>
                <w:sz w:val="16"/>
              </w:rPr>
              <w:t>☐</w:t>
            </w:r>
          </w:p>
        </w:tc>
        <w:tc>
          <w:tcPr>
            <w:tcW w:w="2578" w:type="dxa"/>
            <w:vAlign w:val="center"/>
          </w:tcPr>
          <w:p w14:paraId="3E554812" w14:textId="77777777" w:rsidR="00821CA1" w:rsidRDefault="00F22808">
            <w:r>
              <w:rPr>
                <w:sz w:val="16"/>
              </w:rPr>
              <w:t>☐</w:t>
            </w:r>
          </w:p>
        </w:tc>
        <w:tc>
          <w:tcPr>
            <w:tcW w:w="2578" w:type="dxa"/>
            <w:vAlign w:val="center"/>
          </w:tcPr>
          <w:p w14:paraId="68BA9E0C" w14:textId="77777777" w:rsidR="00821CA1" w:rsidRDefault="00F22808">
            <w:r>
              <w:rPr>
                <w:sz w:val="16"/>
              </w:rPr>
              <w:t>Vid behov</w:t>
            </w:r>
          </w:p>
        </w:tc>
      </w:tr>
      <w:tr w:rsidR="00821CA1" w14:paraId="584D3FFC" w14:textId="77777777">
        <w:trPr>
          <w:jc w:val="center"/>
        </w:trPr>
        <w:tc>
          <w:tcPr>
            <w:tcW w:w="2578" w:type="dxa"/>
            <w:vAlign w:val="center"/>
          </w:tcPr>
          <w:p w14:paraId="02FF869F" w14:textId="77777777" w:rsidR="00821CA1" w:rsidRPr="0026204C" w:rsidRDefault="00F22808">
            <w:pPr>
              <w:rPr>
                <w:lang w:val="sv-SE"/>
              </w:rPr>
            </w:pPr>
            <w:r w:rsidRPr="0026204C">
              <w:rPr>
                <w:sz w:val="16"/>
                <w:lang w:val="sv-SE"/>
              </w:rPr>
              <w:t>Säkra rutiner finns för allergener och specialkost</w:t>
            </w:r>
          </w:p>
        </w:tc>
        <w:tc>
          <w:tcPr>
            <w:tcW w:w="2578" w:type="dxa"/>
            <w:vAlign w:val="center"/>
          </w:tcPr>
          <w:p w14:paraId="1FDC2D13" w14:textId="77777777" w:rsidR="00821CA1" w:rsidRDefault="00F22808">
            <w:r>
              <w:rPr>
                <w:sz w:val="16"/>
              </w:rPr>
              <w:t>☐</w:t>
            </w:r>
          </w:p>
        </w:tc>
        <w:tc>
          <w:tcPr>
            <w:tcW w:w="2578" w:type="dxa"/>
            <w:vAlign w:val="center"/>
          </w:tcPr>
          <w:p w14:paraId="5CB9E4EE" w14:textId="77777777" w:rsidR="00821CA1" w:rsidRDefault="00F22808">
            <w:r>
              <w:rPr>
                <w:sz w:val="16"/>
              </w:rPr>
              <w:t>☐</w:t>
            </w:r>
          </w:p>
        </w:tc>
        <w:tc>
          <w:tcPr>
            <w:tcW w:w="2578" w:type="dxa"/>
            <w:vAlign w:val="center"/>
          </w:tcPr>
          <w:p w14:paraId="629063B0" w14:textId="77777777" w:rsidR="00821CA1" w:rsidRDefault="00F22808">
            <w:r>
              <w:rPr>
                <w:sz w:val="16"/>
              </w:rPr>
              <w:t>Vid behov</w:t>
            </w:r>
          </w:p>
        </w:tc>
      </w:tr>
      <w:tr w:rsidR="00821CA1" w14:paraId="63FD4F3E" w14:textId="77777777">
        <w:trPr>
          <w:jc w:val="center"/>
        </w:trPr>
        <w:tc>
          <w:tcPr>
            <w:tcW w:w="2578" w:type="dxa"/>
            <w:vAlign w:val="center"/>
          </w:tcPr>
          <w:p w14:paraId="269C99B7" w14:textId="77777777" w:rsidR="00821CA1" w:rsidRPr="0026204C" w:rsidRDefault="00F22808">
            <w:pPr>
              <w:rPr>
                <w:lang w:val="sv-SE"/>
              </w:rPr>
            </w:pPr>
            <w:r w:rsidRPr="0026204C">
              <w:rPr>
                <w:sz w:val="16"/>
                <w:lang w:val="sv-SE"/>
              </w:rPr>
              <w:t>Matlogistiken kan lösas trots att Kulturhuset saknar tillagningskök</w:t>
            </w:r>
          </w:p>
        </w:tc>
        <w:tc>
          <w:tcPr>
            <w:tcW w:w="2578" w:type="dxa"/>
            <w:vAlign w:val="center"/>
          </w:tcPr>
          <w:p w14:paraId="60C1BBEC" w14:textId="77777777" w:rsidR="00821CA1" w:rsidRDefault="00F22808">
            <w:r>
              <w:rPr>
                <w:sz w:val="16"/>
              </w:rPr>
              <w:t>☐</w:t>
            </w:r>
          </w:p>
        </w:tc>
        <w:tc>
          <w:tcPr>
            <w:tcW w:w="2578" w:type="dxa"/>
            <w:vAlign w:val="center"/>
          </w:tcPr>
          <w:p w14:paraId="035340A7" w14:textId="77777777" w:rsidR="00821CA1" w:rsidRDefault="00F22808">
            <w:r>
              <w:rPr>
                <w:sz w:val="16"/>
              </w:rPr>
              <w:t>☐</w:t>
            </w:r>
          </w:p>
        </w:tc>
        <w:tc>
          <w:tcPr>
            <w:tcW w:w="2578" w:type="dxa"/>
            <w:vAlign w:val="center"/>
          </w:tcPr>
          <w:p w14:paraId="2BE3FA12" w14:textId="77777777" w:rsidR="00821CA1" w:rsidRDefault="00F22808">
            <w:r>
              <w:rPr>
                <w:sz w:val="16"/>
              </w:rPr>
              <w:t>Vid behov</w:t>
            </w:r>
          </w:p>
        </w:tc>
      </w:tr>
      <w:tr w:rsidR="00821CA1" w14:paraId="195B0BFD" w14:textId="77777777">
        <w:trPr>
          <w:jc w:val="center"/>
        </w:trPr>
        <w:tc>
          <w:tcPr>
            <w:tcW w:w="2578" w:type="dxa"/>
            <w:vAlign w:val="center"/>
          </w:tcPr>
          <w:p w14:paraId="07D5F20A" w14:textId="77777777" w:rsidR="00821CA1" w:rsidRPr="0026204C" w:rsidRDefault="00F22808">
            <w:pPr>
              <w:rPr>
                <w:lang w:val="sv-SE"/>
              </w:rPr>
            </w:pPr>
            <w:r w:rsidRPr="0026204C">
              <w:rPr>
                <w:sz w:val="16"/>
                <w:lang w:val="sv-SE"/>
              </w:rPr>
              <w:t>Varm mat med rätt temperatur och bibehållen kvalitet kan säkerställas. Bemanning och serveringsflöde dimensioneras så att gäster vid samma bord serveras så samtidigt som praktiskt möjligt och utan oskäliga väntetider.</w:t>
            </w:r>
          </w:p>
        </w:tc>
        <w:tc>
          <w:tcPr>
            <w:tcW w:w="2578" w:type="dxa"/>
            <w:vAlign w:val="center"/>
          </w:tcPr>
          <w:p w14:paraId="35B32E6B" w14:textId="77777777" w:rsidR="00821CA1" w:rsidRDefault="00F22808">
            <w:r>
              <w:rPr>
                <w:sz w:val="16"/>
              </w:rPr>
              <w:t>☐</w:t>
            </w:r>
          </w:p>
        </w:tc>
        <w:tc>
          <w:tcPr>
            <w:tcW w:w="2578" w:type="dxa"/>
            <w:vAlign w:val="center"/>
          </w:tcPr>
          <w:p w14:paraId="36088EF8" w14:textId="77777777" w:rsidR="00821CA1" w:rsidRDefault="00F22808">
            <w:r>
              <w:rPr>
                <w:sz w:val="16"/>
              </w:rPr>
              <w:t>☐</w:t>
            </w:r>
          </w:p>
        </w:tc>
        <w:tc>
          <w:tcPr>
            <w:tcW w:w="2578" w:type="dxa"/>
            <w:vAlign w:val="center"/>
          </w:tcPr>
          <w:p w14:paraId="0161A09B" w14:textId="77777777" w:rsidR="00821CA1" w:rsidRDefault="00F22808">
            <w:r>
              <w:rPr>
                <w:sz w:val="16"/>
              </w:rPr>
              <w:t>Vid behov</w:t>
            </w:r>
          </w:p>
        </w:tc>
      </w:tr>
      <w:tr w:rsidR="00821CA1" w14:paraId="44345A7A" w14:textId="77777777">
        <w:trPr>
          <w:jc w:val="center"/>
        </w:trPr>
        <w:tc>
          <w:tcPr>
            <w:tcW w:w="2578" w:type="dxa"/>
            <w:vAlign w:val="center"/>
          </w:tcPr>
          <w:p w14:paraId="54E7ACCC" w14:textId="77777777" w:rsidR="00821CA1" w:rsidRPr="0026204C" w:rsidRDefault="00F22808">
            <w:pPr>
              <w:rPr>
                <w:lang w:val="sv-SE"/>
              </w:rPr>
            </w:pPr>
            <w:r w:rsidRPr="0026204C">
              <w:rPr>
                <w:sz w:val="16"/>
                <w:lang w:val="sv-SE"/>
              </w:rPr>
              <w:t>Samverkan och gemensam genomgång med ÅNS/Kulturhuset accepteras</w:t>
            </w:r>
          </w:p>
        </w:tc>
        <w:tc>
          <w:tcPr>
            <w:tcW w:w="2578" w:type="dxa"/>
            <w:vAlign w:val="center"/>
          </w:tcPr>
          <w:p w14:paraId="56DCE2D1" w14:textId="77777777" w:rsidR="00821CA1" w:rsidRDefault="00F22808">
            <w:r>
              <w:rPr>
                <w:sz w:val="16"/>
              </w:rPr>
              <w:t>☐</w:t>
            </w:r>
          </w:p>
        </w:tc>
        <w:tc>
          <w:tcPr>
            <w:tcW w:w="2578" w:type="dxa"/>
            <w:vAlign w:val="center"/>
          </w:tcPr>
          <w:p w14:paraId="72F63FD8" w14:textId="77777777" w:rsidR="00821CA1" w:rsidRDefault="00F22808">
            <w:r>
              <w:rPr>
                <w:sz w:val="16"/>
              </w:rPr>
              <w:t>☐</w:t>
            </w:r>
          </w:p>
        </w:tc>
        <w:tc>
          <w:tcPr>
            <w:tcW w:w="2578" w:type="dxa"/>
            <w:vAlign w:val="center"/>
          </w:tcPr>
          <w:p w14:paraId="6BFC2C17" w14:textId="77777777" w:rsidR="00821CA1" w:rsidRDefault="00F22808">
            <w:r>
              <w:rPr>
                <w:sz w:val="16"/>
              </w:rPr>
              <w:t>Vid behov</w:t>
            </w:r>
          </w:p>
        </w:tc>
      </w:tr>
      <w:tr w:rsidR="00821CA1" w14:paraId="32DEFFC8" w14:textId="77777777">
        <w:trPr>
          <w:jc w:val="center"/>
        </w:trPr>
        <w:tc>
          <w:tcPr>
            <w:tcW w:w="2578" w:type="dxa"/>
            <w:vAlign w:val="center"/>
          </w:tcPr>
          <w:p w14:paraId="277FD85B" w14:textId="77777777" w:rsidR="00821CA1" w:rsidRPr="0026204C" w:rsidRDefault="00F22808">
            <w:pPr>
              <w:rPr>
                <w:lang w:val="sv-SE"/>
              </w:rPr>
            </w:pPr>
            <w:r w:rsidRPr="0026204C">
              <w:rPr>
                <w:sz w:val="16"/>
                <w:lang w:val="sv-SE"/>
              </w:rPr>
              <w:t>Tre relevanta referensuppdrag från senaste fem åren kan lämnas</w:t>
            </w:r>
          </w:p>
        </w:tc>
        <w:tc>
          <w:tcPr>
            <w:tcW w:w="2578" w:type="dxa"/>
            <w:vAlign w:val="center"/>
          </w:tcPr>
          <w:p w14:paraId="6E9BF352" w14:textId="77777777" w:rsidR="00821CA1" w:rsidRDefault="00F22808">
            <w:r>
              <w:rPr>
                <w:sz w:val="16"/>
              </w:rPr>
              <w:t>☐</w:t>
            </w:r>
          </w:p>
        </w:tc>
        <w:tc>
          <w:tcPr>
            <w:tcW w:w="2578" w:type="dxa"/>
            <w:vAlign w:val="center"/>
          </w:tcPr>
          <w:p w14:paraId="6FD28FF1" w14:textId="77777777" w:rsidR="00821CA1" w:rsidRDefault="00F22808">
            <w:r>
              <w:rPr>
                <w:sz w:val="16"/>
              </w:rPr>
              <w:t>☐</w:t>
            </w:r>
          </w:p>
        </w:tc>
        <w:tc>
          <w:tcPr>
            <w:tcW w:w="2578" w:type="dxa"/>
            <w:vAlign w:val="center"/>
          </w:tcPr>
          <w:p w14:paraId="7BE8F3D4" w14:textId="77777777" w:rsidR="00821CA1" w:rsidRDefault="00F22808">
            <w:r>
              <w:rPr>
                <w:sz w:val="16"/>
              </w:rPr>
              <w:t>Vid behov</w:t>
            </w:r>
          </w:p>
        </w:tc>
      </w:tr>
    </w:tbl>
    <w:p w14:paraId="3007678F" w14:textId="77777777" w:rsidR="00821CA1" w:rsidRDefault="00F22808">
      <w:pPr>
        <w:pStyle w:val="Rubrik1"/>
      </w:pPr>
      <w:r>
        <w:lastRenderedPageBreak/>
        <w:t>3. Menyförslag</w:t>
      </w:r>
    </w:p>
    <w:p w14:paraId="271CB2DD" w14:textId="77777777" w:rsidR="00821CA1" w:rsidRPr="0026204C" w:rsidRDefault="00F22808">
      <w:pPr>
        <w:rPr>
          <w:lang w:val="sv-SE"/>
        </w:rPr>
      </w:pPr>
      <w:r w:rsidRPr="0026204C">
        <w:rPr>
          <w:lang w:val="sv-SE"/>
        </w:rPr>
        <w:t>Beskriv kort föreslagen meny och huvudsakliga råvaror. Menyn ska vara en modern trerätters galamiddag med hög kvalitet och fungera för 120–150 gäster.</w:t>
      </w:r>
    </w:p>
    <w:tbl>
      <w:tblPr>
        <w:tblStyle w:val="Tabellrutnt"/>
        <w:tblW w:w="0" w:type="auto"/>
        <w:jc w:val="center"/>
        <w:tblLook w:val="04A0" w:firstRow="1" w:lastRow="0" w:firstColumn="1" w:lastColumn="0" w:noHBand="0" w:noVBand="1"/>
      </w:tblPr>
      <w:tblGrid>
        <w:gridCol w:w="5152"/>
        <w:gridCol w:w="5150"/>
      </w:tblGrid>
      <w:tr w:rsidR="00821CA1" w14:paraId="5D34D9BF" w14:textId="77777777">
        <w:trPr>
          <w:jc w:val="center"/>
        </w:trPr>
        <w:tc>
          <w:tcPr>
            <w:tcW w:w="5156" w:type="dxa"/>
            <w:shd w:val="clear" w:color="auto" w:fill="E7E6E6"/>
            <w:vAlign w:val="center"/>
          </w:tcPr>
          <w:p w14:paraId="1306A0EE" w14:textId="77777777" w:rsidR="00821CA1" w:rsidRDefault="00F22808">
            <w:r>
              <w:rPr>
                <w:b/>
                <w:sz w:val="18"/>
              </w:rPr>
              <w:t>Del</w:t>
            </w:r>
          </w:p>
        </w:tc>
        <w:tc>
          <w:tcPr>
            <w:tcW w:w="5156" w:type="dxa"/>
            <w:shd w:val="clear" w:color="auto" w:fill="E7E6E6"/>
            <w:vAlign w:val="center"/>
          </w:tcPr>
          <w:p w14:paraId="0058795F" w14:textId="77777777" w:rsidR="00821CA1" w:rsidRDefault="00F22808">
            <w:r>
              <w:rPr>
                <w:b/>
                <w:sz w:val="18"/>
              </w:rPr>
              <w:t>Förslag / kort beskrivning</w:t>
            </w:r>
          </w:p>
        </w:tc>
      </w:tr>
      <w:tr w:rsidR="00821CA1" w14:paraId="2713454C" w14:textId="77777777">
        <w:trPr>
          <w:jc w:val="center"/>
        </w:trPr>
        <w:tc>
          <w:tcPr>
            <w:tcW w:w="5156" w:type="dxa"/>
            <w:vAlign w:val="center"/>
          </w:tcPr>
          <w:p w14:paraId="4F9262FB" w14:textId="77777777" w:rsidR="00821CA1" w:rsidRDefault="00F22808">
            <w:r>
              <w:rPr>
                <w:sz w:val="18"/>
              </w:rPr>
              <w:t>Övergripande menyidé</w:t>
            </w:r>
          </w:p>
        </w:tc>
        <w:tc>
          <w:tcPr>
            <w:tcW w:w="5156" w:type="dxa"/>
            <w:vAlign w:val="center"/>
          </w:tcPr>
          <w:p w14:paraId="3DEC234E" w14:textId="77777777" w:rsidR="00821CA1" w:rsidRDefault="00F22808">
            <w:r>
              <w:rPr>
                <w:sz w:val="18"/>
              </w:rPr>
              <w:t>Skriv här</w:t>
            </w:r>
          </w:p>
        </w:tc>
      </w:tr>
      <w:tr w:rsidR="00821CA1" w14:paraId="2DF4E4A2" w14:textId="77777777">
        <w:trPr>
          <w:jc w:val="center"/>
        </w:trPr>
        <w:tc>
          <w:tcPr>
            <w:tcW w:w="5156" w:type="dxa"/>
            <w:vAlign w:val="center"/>
          </w:tcPr>
          <w:p w14:paraId="295645E9" w14:textId="77777777" w:rsidR="00821CA1" w:rsidRDefault="00F22808">
            <w:r>
              <w:rPr>
                <w:sz w:val="18"/>
              </w:rPr>
              <w:t>Förrätt</w:t>
            </w:r>
          </w:p>
        </w:tc>
        <w:tc>
          <w:tcPr>
            <w:tcW w:w="5156" w:type="dxa"/>
            <w:vAlign w:val="center"/>
          </w:tcPr>
          <w:p w14:paraId="6DC4B231" w14:textId="77777777" w:rsidR="00821CA1" w:rsidRDefault="00F22808">
            <w:r>
              <w:rPr>
                <w:sz w:val="18"/>
              </w:rPr>
              <w:t>Skriv här</w:t>
            </w:r>
          </w:p>
        </w:tc>
      </w:tr>
      <w:tr w:rsidR="00821CA1" w14:paraId="39C5A807" w14:textId="77777777">
        <w:trPr>
          <w:jc w:val="center"/>
        </w:trPr>
        <w:tc>
          <w:tcPr>
            <w:tcW w:w="5156" w:type="dxa"/>
            <w:vAlign w:val="center"/>
          </w:tcPr>
          <w:p w14:paraId="26F3E4CF" w14:textId="77777777" w:rsidR="00821CA1" w:rsidRDefault="00F22808">
            <w:r>
              <w:rPr>
                <w:sz w:val="18"/>
              </w:rPr>
              <w:t>Huvudrätt</w:t>
            </w:r>
          </w:p>
        </w:tc>
        <w:tc>
          <w:tcPr>
            <w:tcW w:w="5156" w:type="dxa"/>
            <w:vAlign w:val="center"/>
          </w:tcPr>
          <w:p w14:paraId="759D9763" w14:textId="77777777" w:rsidR="00821CA1" w:rsidRDefault="00F22808">
            <w:r>
              <w:rPr>
                <w:sz w:val="18"/>
              </w:rPr>
              <w:t>Skriv här</w:t>
            </w:r>
          </w:p>
        </w:tc>
      </w:tr>
      <w:tr w:rsidR="00821CA1" w14:paraId="4FCC7A98" w14:textId="77777777">
        <w:trPr>
          <w:jc w:val="center"/>
        </w:trPr>
        <w:tc>
          <w:tcPr>
            <w:tcW w:w="5156" w:type="dxa"/>
            <w:vAlign w:val="center"/>
          </w:tcPr>
          <w:p w14:paraId="6ECBE025" w14:textId="77777777" w:rsidR="00821CA1" w:rsidRDefault="00F22808">
            <w:r>
              <w:rPr>
                <w:sz w:val="18"/>
              </w:rPr>
              <w:t>Dessert</w:t>
            </w:r>
          </w:p>
        </w:tc>
        <w:tc>
          <w:tcPr>
            <w:tcW w:w="5156" w:type="dxa"/>
            <w:vAlign w:val="center"/>
          </w:tcPr>
          <w:p w14:paraId="1E62CFD9" w14:textId="77777777" w:rsidR="00821CA1" w:rsidRDefault="00F22808">
            <w:r>
              <w:rPr>
                <w:sz w:val="18"/>
              </w:rPr>
              <w:t>Skriv här</w:t>
            </w:r>
          </w:p>
        </w:tc>
      </w:tr>
      <w:tr w:rsidR="00821CA1" w14:paraId="5FEDF595" w14:textId="77777777">
        <w:trPr>
          <w:jc w:val="center"/>
        </w:trPr>
        <w:tc>
          <w:tcPr>
            <w:tcW w:w="5156" w:type="dxa"/>
            <w:vAlign w:val="center"/>
          </w:tcPr>
          <w:p w14:paraId="7287ECFC" w14:textId="77777777" w:rsidR="00821CA1" w:rsidRDefault="00F22808">
            <w:r>
              <w:rPr>
                <w:sz w:val="18"/>
              </w:rPr>
              <w:t>Vegetariskt alternativ</w:t>
            </w:r>
          </w:p>
        </w:tc>
        <w:tc>
          <w:tcPr>
            <w:tcW w:w="5156" w:type="dxa"/>
            <w:vAlign w:val="center"/>
          </w:tcPr>
          <w:p w14:paraId="639B8298" w14:textId="77777777" w:rsidR="00821CA1" w:rsidRDefault="00F22808">
            <w:r>
              <w:rPr>
                <w:sz w:val="18"/>
              </w:rPr>
              <w:t>Skriv här</w:t>
            </w:r>
          </w:p>
        </w:tc>
      </w:tr>
      <w:tr w:rsidR="00821CA1" w14:paraId="59DA22AC" w14:textId="77777777">
        <w:trPr>
          <w:jc w:val="center"/>
        </w:trPr>
        <w:tc>
          <w:tcPr>
            <w:tcW w:w="5156" w:type="dxa"/>
            <w:vAlign w:val="center"/>
          </w:tcPr>
          <w:p w14:paraId="46F33257" w14:textId="77777777" w:rsidR="00821CA1" w:rsidRPr="0026204C" w:rsidRDefault="00F22808">
            <w:pPr>
              <w:rPr>
                <w:lang w:val="sv-SE"/>
              </w:rPr>
            </w:pPr>
            <w:r w:rsidRPr="0026204C">
              <w:rPr>
                <w:sz w:val="18"/>
                <w:lang w:val="sv-SE"/>
              </w:rPr>
              <w:t>Specialkost/allergener – kort beskrivning av säker hantering</w:t>
            </w:r>
          </w:p>
        </w:tc>
        <w:tc>
          <w:tcPr>
            <w:tcW w:w="5156" w:type="dxa"/>
            <w:vAlign w:val="center"/>
          </w:tcPr>
          <w:p w14:paraId="7ADF0BF1" w14:textId="77777777" w:rsidR="00821CA1" w:rsidRDefault="00F22808">
            <w:r>
              <w:rPr>
                <w:sz w:val="18"/>
              </w:rPr>
              <w:t>Skriv här</w:t>
            </w:r>
          </w:p>
        </w:tc>
      </w:tr>
    </w:tbl>
    <w:p w14:paraId="2070FFB8" w14:textId="77777777" w:rsidR="00821CA1" w:rsidRDefault="00F22808">
      <w:pPr>
        <w:pStyle w:val="Rubrik1"/>
      </w:pPr>
      <w:r>
        <w:t>4. Genomförande och matlogistik</w:t>
      </w:r>
    </w:p>
    <w:p w14:paraId="2A0F0A84" w14:textId="77777777" w:rsidR="00821CA1" w:rsidRPr="0026204C" w:rsidRDefault="00F22808">
      <w:pPr>
        <w:rPr>
          <w:lang w:val="sv-SE"/>
        </w:rPr>
      </w:pPr>
      <w:r w:rsidRPr="0026204C">
        <w:rPr>
          <w:lang w:val="sv-SE"/>
        </w:rPr>
        <w:t>Beskriv kort hur leveransen genomförs med hänsyn till att Kulturhuset saknar tillagningskök.</w:t>
      </w:r>
    </w:p>
    <w:tbl>
      <w:tblPr>
        <w:tblStyle w:val="Tabellrutnt"/>
        <w:tblW w:w="0" w:type="auto"/>
        <w:jc w:val="center"/>
        <w:tblLook w:val="04A0" w:firstRow="1" w:lastRow="0" w:firstColumn="1" w:lastColumn="0" w:noHBand="0" w:noVBand="1"/>
      </w:tblPr>
      <w:tblGrid>
        <w:gridCol w:w="5151"/>
        <w:gridCol w:w="5151"/>
      </w:tblGrid>
      <w:tr w:rsidR="00821CA1" w14:paraId="2A64A407" w14:textId="77777777">
        <w:trPr>
          <w:jc w:val="center"/>
        </w:trPr>
        <w:tc>
          <w:tcPr>
            <w:tcW w:w="5156" w:type="dxa"/>
            <w:shd w:val="clear" w:color="auto" w:fill="E7E6E6"/>
            <w:vAlign w:val="center"/>
          </w:tcPr>
          <w:p w14:paraId="1E13272C" w14:textId="77777777" w:rsidR="00821CA1" w:rsidRDefault="00F22808">
            <w:r>
              <w:rPr>
                <w:b/>
                <w:sz w:val="18"/>
              </w:rPr>
              <w:t>Område</w:t>
            </w:r>
          </w:p>
        </w:tc>
        <w:tc>
          <w:tcPr>
            <w:tcW w:w="5156" w:type="dxa"/>
            <w:shd w:val="clear" w:color="auto" w:fill="E7E6E6"/>
            <w:vAlign w:val="center"/>
          </w:tcPr>
          <w:p w14:paraId="5FD285D2" w14:textId="77777777" w:rsidR="00821CA1" w:rsidRDefault="00F22808">
            <w:r>
              <w:rPr>
                <w:b/>
                <w:sz w:val="18"/>
              </w:rPr>
              <w:t>Leverantörens lösning</w:t>
            </w:r>
          </w:p>
        </w:tc>
      </w:tr>
      <w:tr w:rsidR="00821CA1" w14:paraId="715CF5C0" w14:textId="77777777">
        <w:trPr>
          <w:jc w:val="center"/>
        </w:trPr>
        <w:tc>
          <w:tcPr>
            <w:tcW w:w="5156" w:type="dxa"/>
            <w:vAlign w:val="center"/>
          </w:tcPr>
          <w:p w14:paraId="71F5791B" w14:textId="77777777" w:rsidR="00821CA1" w:rsidRDefault="00F22808">
            <w:r>
              <w:rPr>
                <w:sz w:val="18"/>
              </w:rPr>
              <w:t>Tillagning och plats/lösning</w:t>
            </w:r>
          </w:p>
        </w:tc>
        <w:tc>
          <w:tcPr>
            <w:tcW w:w="5156" w:type="dxa"/>
            <w:vAlign w:val="center"/>
          </w:tcPr>
          <w:p w14:paraId="7133F578" w14:textId="77777777" w:rsidR="00821CA1" w:rsidRDefault="00F22808">
            <w:r>
              <w:rPr>
                <w:sz w:val="18"/>
              </w:rPr>
              <w:t>Skriv här</w:t>
            </w:r>
          </w:p>
        </w:tc>
      </w:tr>
      <w:tr w:rsidR="00821CA1" w14:paraId="56E56249" w14:textId="77777777">
        <w:trPr>
          <w:jc w:val="center"/>
        </w:trPr>
        <w:tc>
          <w:tcPr>
            <w:tcW w:w="5156" w:type="dxa"/>
            <w:vAlign w:val="center"/>
          </w:tcPr>
          <w:p w14:paraId="164CBC04" w14:textId="77777777" w:rsidR="00821CA1" w:rsidRDefault="00F22808">
            <w:r>
              <w:rPr>
                <w:sz w:val="18"/>
              </w:rPr>
              <w:t>Transport och varmhållning</w:t>
            </w:r>
          </w:p>
        </w:tc>
        <w:tc>
          <w:tcPr>
            <w:tcW w:w="5156" w:type="dxa"/>
            <w:vAlign w:val="center"/>
          </w:tcPr>
          <w:p w14:paraId="18D5A346" w14:textId="77777777" w:rsidR="00821CA1" w:rsidRDefault="00F22808">
            <w:r>
              <w:rPr>
                <w:sz w:val="18"/>
              </w:rPr>
              <w:t>Skriv här</w:t>
            </w:r>
          </w:p>
        </w:tc>
      </w:tr>
      <w:tr w:rsidR="00821CA1" w14:paraId="4EB203EC" w14:textId="77777777">
        <w:trPr>
          <w:jc w:val="center"/>
        </w:trPr>
        <w:tc>
          <w:tcPr>
            <w:tcW w:w="5156" w:type="dxa"/>
            <w:vAlign w:val="center"/>
          </w:tcPr>
          <w:p w14:paraId="38F86AA7" w14:textId="77777777" w:rsidR="00821CA1" w:rsidRDefault="00F22808">
            <w:r>
              <w:rPr>
                <w:sz w:val="18"/>
              </w:rPr>
              <w:t>Kylförvaring vid behov</w:t>
            </w:r>
          </w:p>
        </w:tc>
        <w:tc>
          <w:tcPr>
            <w:tcW w:w="5156" w:type="dxa"/>
            <w:vAlign w:val="center"/>
          </w:tcPr>
          <w:p w14:paraId="2D20643B" w14:textId="77777777" w:rsidR="00821CA1" w:rsidRDefault="00F22808">
            <w:r>
              <w:rPr>
                <w:sz w:val="18"/>
              </w:rPr>
              <w:t>Skriv här</w:t>
            </w:r>
          </w:p>
        </w:tc>
      </w:tr>
      <w:tr w:rsidR="00821CA1" w14:paraId="591A6251" w14:textId="77777777">
        <w:trPr>
          <w:jc w:val="center"/>
        </w:trPr>
        <w:tc>
          <w:tcPr>
            <w:tcW w:w="5156" w:type="dxa"/>
            <w:vAlign w:val="center"/>
          </w:tcPr>
          <w:p w14:paraId="1E4D626F" w14:textId="77777777" w:rsidR="00821CA1" w:rsidRPr="0026204C" w:rsidRDefault="00F22808">
            <w:pPr>
              <w:rPr>
                <w:lang w:val="sv-SE"/>
              </w:rPr>
            </w:pPr>
            <w:r w:rsidRPr="0026204C">
              <w:rPr>
                <w:sz w:val="18"/>
                <w:lang w:val="sv-SE"/>
              </w:rPr>
              <w:t>Uppläggning och servering på plats</w:t>
            </w:r>
          </w:p>
        </w:tc>
        <w:tc>
          <w:tcPr>
            <w:tcW w:w="5156" w:type="dxa"/>
            <w:vAlign w:val="center"/>
          </w:tcPr>
          <w:p w14:paraId="19C5ECCE" w14:textId="77777777" w:rsidR="00821CA1" w:rsidRDefault="00F22808">
            <w:r>
              <w:rPr>
                <w:sz w:val="18"/>
              </w:rPr>
              <w:t>Skriv här</w:t>
            </w:r>
          </w:p>
        </w:tc>
      </w:tr>
      <w:tr w:rsidR="00821CA1" w14:paraId="5D66E94D" w14:textId="77777777">
        <w:trPr>
          <w:jc w:val="center"/>
        </w:trPr>
        <w:tc>
          <w:tcPr>
            <w:tcW w:w="5156" w:type="dxa"/>
            <w:vAlign w:val="center"/>
          </w:tcPr>
          <w:p w14:paraId="643AA234" w14:textId="77777777" w:rsidR="00821CA1" w:rsidRPr="0026204C" w:rsidRDefault="00F22808">
            <w:pPr>
              <w:rPr>
                <w:lang w:val="sv-SE"/>
              </w:rPr>
            </w:pPr>
            <w:r w:rsidRPr="0026204C">
              <w:rPr>
                <w:sz w:val="18"/>
                <w:lang w:val="sv-SE"/>
              </w:rPr>
              <w:t>Säkerställande av varm mat/rätt temperatur</w:t>
            </w:r>
          </w:p>
        </w:tc>
        <w:tc>
          <w:tcPr>
            <w:tcW w:w="5156" w:type="dxa"/>
            <w:vAlign w:val="center"/>
          </w:tcPr>
          <w:p w14:paraId="386D8A7F" w14:textId="77777777" w:rsidR="00821CA1" w:rsidRDefault="00F22808">
            <w:r>
              <w:rPr>
                <w:sz w:val="18"/>
              </w:rPr>
              <w:t>Skriv här</w:t>
            </w:r>
          </w:p>
        </w:tc>
      </w:tr>
      <w:tr w:rsidR="00821CA1" w14:paraId="0D3A174D" w14:textId="77777777">
        <w:trPr>
          <w:jc w:val="center"/>
        </w:trPr>
        <w:tc>
          <w:tcPr>
            <w:tcW w:w="5156" w:type="dxa"/>
            <w:vAlign w:val="center"/>
          </w:tcPr>
          <w:p w14:paraId="50110D88" w14:textId="77777777" w:rsidR="00821CA1" w:rsidRDefault="00F22808">
            <w:r>
              <w:rPr>
                <w:sz w:val="18"/>
              </w:rPr>
              <w:t>Reservlösning vid logistisk avvikelse</w:t>
            </w:r>
          </w:p>
        </w:tc>
        <w:tc>
          <w:tcPr>
            <w:tcW w:w="5156" w:type="dxa"/>
            <w:vAlign w:val="center"/>
          </w:tcPr>
          <w:p w14:paraId="3940FD16" w14:textId="77777777" w:rsidR="00821CA1" w:rsidRDefault="00F22808">
            <w:r>
              <w:rPr>
                <w:sz w:val="18"/>
              </w:rPr>
              <w:t>Skriv här</w:t>
            </w:r>
          </w:p>
        </w:tc>
      </w:tr>
      <w:tr w:rsidR="00821CA1" w14:paraId="1E2454AD" w14:textId="77777777">
        <w:trPr>
          <w:jc w:val="center"/>
        </w:trPr>
        <w:tc>
          <w:tcPr>
            <w:tcW w:w="5156" w:type="dxa"/>
            <w:vAlign w:val="center"/>
          </w:tcPr>
          <w:p w14:paraId="089CA471" w14:textId="77777777" w:rsidR="00821CA1" w:rsidRPr="0026204C" w:rsidRDefault="00F22808">
            <w:pPr>
              <w:rPr>
                <w:lang w:val="sv-SE"/>
              </w:rPr>
            </w:pPr>
            <w:r w:rsidRPr="0026204C">
              <w:rPr>
                <w:sz w:val="18"/>
                <w:lang w:val="sv-SE"/>
              </w:rPr>
              <w:t>Serveringsflöde och samordning med scenprogram</w:t>
            </w:r>
          </w:p>
        </w:tc>
        <w:tc>
          <w:tcPr>
            <w:tcW w:w="5156" w:type="dxa"/>
            <w:vAlign w:val="center"/>
          </w:tcPr>
          <w:p w14:paraId="7C5D30C1" w14:textId="77777777" w:rsidR="00821CA1" w:rsidRDefault="00F22808">
            <w:r>
              <w:rPr>
                <w:sz w:val="18"/>
              </w:rPr>
              <w:t>Skriv här</w:t>
            </w:r>
          </w:p>
        </w:tc>
      </w:tr>
    </w:tbl>
    <w:p w14:paraId="72D12E5C" w14:textId="77777777" w:rsidR="00821CA1" w:rsidRDefault="00F22808">
      <w:pPr>
        <w:pStyle w:val="Rubrik1"/>
      </w:pPr>
      <w:r>
        <w:t>5. Organisation och bemanning</w:t>
      </w:r>
    </w:p>
    <w:p w14:paraId="5DEC847E" w14:textId="77777777" w:rsidR="00821CA1" w:rsidRPr="0026204C" w:rsidRDefault="00F22808">
      <w:pPr>
        <w:rPr>
          <w:lang w:val="sv-SE"/>
        </w:rPr>
      </w:pPr>
      <w:r w:rsidRPr="0026204C">
        <w:rPr>
          <w:lang w:val="sv-SE"/>
        </w:rPr>
        <w:t>Ange ansvariga personer och planerad bemanning. Samma person får ha flera roller om detta tydligt framgår.</w:t>
      </w:r>
    </w:p>
    <w:tbl>
      <w:tblPr>
        <w:tblStyle w:val="Tabellrutnt"/>
        <w:tblW w:w="0" w:type="auto"/>
        <w:jc w:val="center"/>
        <w:tblLook w:val="04A0" w:firstRow="1" w:lastRow="0" w:firstColumn="1" w:lastColumn="0" w:noHBand="0" w:noVBand="1"/>
      </w:tblPr>
      <w:tblGrid>
        <w:gridCol w:w="3435"/>
        <w:gridCol w:w="3433"/>
        <w:gridCol w:w="3434"/>
      </w:tblGrid>
      <w:tr w:rsidR="00821CA1" w14:paraId="68988F4E" w14:textId="77777777">
        <w:trPr>
          <w:jc w:val="center"/>
        </w:trPr>
        <w:tc>
          <w:tcPr>
            <w:tcW w:w="3437" w:type="dxa"/>
            <w:shd w:val="clear" w:color="auto" w:fill="E7E6E6"/>
            <w:vAlign w:val="center"/>
          </w:tcPr>
          <w:p w14:paraId="55A3C664" w14:textId="77777777" w:rsidR="00821CA1" w:rsidRDefault="00F22808">
            <w:r>
              <w:rPr>
                <w:b/>
                <w:sz w:val="16"/>
              </w:rPr>
              <w:t>Funktion</w:t>
            </w:r>
          </w:p>
        </w:tc>
        <w:tc>
          <w:tcPr>
            <w:tcW w:w="3437" w:type="dxa"/>
            <w:shd w:val="clear" w:color="auto" w:fill="E7E6E6"/>
            <w:vAlign w:val="center"/>
          </w:tcPr>
          <w:p w14:paraId="06FEC465" w14:textId="77777777" w:rsidR="00821CA1" w:rsidRDefault="00F22808">
            <w:r>
              <w:rPr>
                <w:b/>
                <w:sz w:val="16"/>
              </w:rPr>
              <w:t>Namn / antal</w:t>
            </w:r>
          </w:p>
        </w:tc>
        <w:tc>
          <w:tcPr>
            <w:tcW w:w="3437" w:type="dxa"/>
            <w:shd w:val="clear" w:color="auto" w:fill="E7E6E6"/>
            <w:vAlign w:val="center"/>
          </w:tcPr>
          <w:p w14:paraId="76C116E7" w14:textId="77777777" w:rsidR="00821CA1" w:rsidRDefault="00F22808">
            <w:r>
              <w:rPr>
                <w:b/>
                <w:sz w:val="16"/>
              </w:rPr>
              <w:t>Kort ansvar eller erfarenhet</w:t>
            </w:r>
          </w:p>
        </w:tc>
      </w:tr>
      <w:tr w:rsidR="00821CA1" w14:paraId="79AC60E8" w14:textId="77777777">
        <w:trPr>
          <w:jc w:val="center"/>
        </w:trPr>
        <w:tc>
          <w:tcPr>
            <w:tcW w:w="3437" w:type="dxa"/>
            <w:vAlign w:val="center"/>
          </w:tcPr>
          <w:p w14:paraId="3FBE990C" w14:textId="77777777" w:rsidR="00821CA1" w:rsidRDefault="00F22808">
            <w:r>
              <w:rPr>
                <w:sz w:val="16"/>
              </w:rPr>
              <w:t>Kontaktperson under planering</w:t>
            </w:r>
          </w:p>
        </w:tc>
        <w:tc>
          <w:tcPr>
            <w:tcW w:w="3437" w:type="dxa"/>
            <w:vAlign w:val="center"/>
          </w:tcPr>
          <w:p w14:paraId="0E0248EA" w14:textId="77777777" w:rsidR="00821CA1" w:rsidRDefault="00F22808">
            <w:r>
              <w:rPr>
                <w:sz w:val="16"/>
              </w:rPr>
              <w:t>Skriv här</w:t>
            </w:r>
          </w:p>
        </w:tc>
        <w:tc>
          <w:tcPr>
            <w:tcW w:w="3437" w:type="dxa"/>
            <w:vAlign w:val="center"/>
          </w:tcPr>
          <w:p w14:paraId="08B3ED89" w14:textId="77777777" w:rsidR="00821CA1" w:rsidRDefault="00F22808">
            <w:r>
              <w:rPr>
                <w:sz w:val="16"/>
              </w:rPr>
              <w:t>Skriv här</w:t>
            </w:r>
          </w:p>
        </w:tc>
      </w:tr>
      <w:tr w:rsidR="00821CA1" w14:paraId="29BF0689" w14:textId="77777777">
        <w:trPr>
          <w:jc w:val="center"/>
        </w:trPr>
        <w:tc>
          <w:tcPr>
            <w:tcW w:w="3437" w:type="dxa"/>
            <w:vAlign w:val="center"/>
          </w:tcPr>
          <w:p w14:paraId="650E90B3" w14:textId="77777777" w:rsidR="00821CA1" w:rsidRDefault="00F22808">
            <w:r>
              <w:rPr>
                <w:sz w:val="16"/>
              </w:rPr>
              <w:t>Arbetsledare på plats</w:t>
            </w:r>
          </w:p>
        </w:tc>
        <w:tc>
          <w:tcPr>
            <w:tcW w:w="3437" w:type="dxa"/>
            <w:vAlign w:val="center"/>
          </w:tcPr>
          <w:p w14:paraId="7AD21CEF" w14:textId="77777777" w:rsidR="00821CA1" w:rsidRDefault="00F22808">
            <w:r>
              <w:rPr>
                <w:sz w:val="16"/>
              </w:rPr>
              <w:t>Skriv här</w:t>
            </w:r>
          </w:p>
        </w:tc>
        <w:tc>
          <w:tcPr>
            <w:tcW w:w="3437" w:type="dxa"/>
            <w:vAlign w:val="center"/>
          </w:tcPr>
          <w:p w14:paraId="69ACEAF7" w14:textId="77777777" w:rsidR="00821CA1" w:rsidRDefault="00F22808">
            <w:r>
              <w:rPr>
                <w:sz w:val="16"/>
              </w:rPr>
              <w:t>Skriv här</w:t>
            </w:r>
          </w:p>
        </w:tc>
      </w:tr>
      <w:tr w:rsidR="00821CA1" w14:paraId="63120AC5" w14:textId="77777777">
        <w:trPr>
          <w:jc w:val="center"/>
        </w:trPr>
        <w:tc>
          <w:tcPr>
            <w:tcW w:w="3437" w:type="dxa"/>
            <w:vAlign w:val="center"/>
          </w:tcPr>
          <w:p w14:paraId="206A7277" w14:textId="77777777" w:rsidR="00821CA1" w:rsidRDefault="00F22808">
            <w:r>
              <w:rPr>
                <w:sz w:val="16"/>
              </w:rPr>
              <w:t>Köksansvarig/motsvarande</w:t>
            </w:r>
          </w:p>
        </w:tc>
        <w:tc>
          <w:tcPr>
            <w:tcW w:w="3437" w:type="dxa"/>
            <w:vAlign w:val="center"/>
          </w:tcPr>
          <w:p w14:paraId="2EB5F7A7" w14:textId="77777777" w:rsidR="00821CA1" w:rsidRDefault="00F22808">
            <w:r>
              <w:rPr>
                <w:sz w:val="16"/>
              </w:rPr>
              <w:t>Skriv här</w:t>
            </w:r>
          </w:p>
        </w:tc>
        <w:tc>
          <w:tcPr>
            <w:tcW w:w="3437" w:type="dxa"/>
            <w:vAlign w:val="center"/>
          </w:tcPr>
          <w:p w14:paraId="15EA92E5" w14:textId="77777777" w:rsidR="00821CA1" w:rsidRDefault="00F22808">
            <w:r>
              <w:rPr>
                <w:sz w:val="16"/>
              </w:rPr>
              <w:t>Skriv här</w:t>
            </w:r>
          </w:p>
        </w:tc>
      </w:tr>
      <w:tr w:rsidR="00821CA1" w14:paraId="202D561E" w14:textId="77777777">
        <w:trPr>
          <w:jc w:val="center"/>
        </w:trPr>
        <w:tc>
          <w:tcPr>
            <w:tcW w:w="3437" w:type="dxa"/>
            <w:vAlign w:val="center"/>
          </w:tcPr>
          <w:p w14:paraId="46340E85" w14:textId="77777777" w:rsidR="00821CA1" w:rsidRDefault="00F22808">
            <w:r>
              <w:rPr>
                <w:sz w:val="16"/>
              </w:rPr>
              <w:t>Serveringsansvarig och serveringspersonal</w:t>
            </w:r>
          </w:p>
        </w:tc>
        <w:tc>
          <w:tcPr>
            <w:tcW w:w="3437" w:type="dxa"/>
            <w:vAlign w:val="center"/>
          </w:tcPr>
          <w:p w14:paraId="561DCDD2" w14:textId="77777777" w:rsidR="00821CA1" w:rsidRDefault="00F22808">
            <w:r>
              <w:rPr>
                <w:sz w:val="16"/>
              </w:rPr>
              <w:t>Skriv här</w:t>
            </w:r>
          </w:p>
        </w:tc>
        <w:tc>
          <w:tcPr>
            <w:tcW w:w="3437" w:type="dxa"/>
            <w:vAlign w:val="center"/>
          </w:tcPr>
          <w:p w14:paraId="506DD265" w14:textId="77777777" w:rsidR="00821CA1" w:rsidRDefault="00F22808">
            <w:r>
              <w:rPr>
                <w:sz w:val="16"/>
              </w:rPr>
              <w:t>Skriv här</w:t>
            </w:r>
          </w:p>
        </w:tc>
      </w:tr>
      <w:tr w:rsidR="00821CA1" w14:paraId="545A987B" w14:textId="77777777">
        <w:trPr>
          <w:jc w:val="center"/>
        </w:trPr>
        <w:tc>
          <w:tcPr>
            <w:tcW w:w="3437" w:type="dxa"/>
            <w:vAlign w:val="center"/>
          </w:tcPr>
          <w:p w14:paraId="064D862F" w14:textId="77777777" w:rsidR="00821CA1" w:rsidRDefault="00F22808">
            <w:r>
              <w:rPr>
                <w:sz w:val="16"/>
              </w:rPr>
              <w:t>Barpersonal</w:t>
            </w:r>
          </w:p>
        </w:tc>
        <w:tc>
          <w:tcPr>
            <w:tcW w:w="3437" w:type="dxa"/>
            <w:vAlign w:val="center"/>
          </w:tcPr>
          <w:p w14:paraId="67215EE9" w14:textId="77777777" w:rsidR="00821CA1" w:rsidRDefault="00F22808">
            <w:r>
              <w:rPr>
                <w:sz w:val="16"/>
              </w:rPr>
              <w:t>Skriv här</w:t>
            </w:r>
          </w:p>
        </w:tc>
        <w:tc>
          <w:tcPr>
            <w:tcW w:w="3437" w:type="dxa"/>
            <w:vAlign w:val="center"/>
          </w:tcPr>
          <w:p w14:paraId="06430670" w14:textId="77777777" w:rsidR="00821CA1" w:rsidRDefault="00F22808">
            <w:r>
              <w:rPr>
                <w:sz w:val="16"/>
              </w:rPr>
              <w:t>Skriv här</w:t>
            </w:r>
          </w:p>
        </w:tc>
      </w:tr>
      <w:tr w:rsidR="00821CA1" w14:paraId="26C995E8" w14:textId="77777777">
        <w:trPr>
          <w:jc w:val="center"/>
        </w:trPr>
        <w:tc>
          <w:tcPr>
            <w:tcW w:w="3437" w:type="dxa"/>
            <w:vAlign w:val="center"/>
          </w:tcPr>
          <w:p w14:paraId="32987D74" w14:textId="77777777" w:rsidR="00821CA1" w:rsidRDefault="00F22808">
            <w:r>
              <w:rPr>
                <w:sz w:val="16"/>
              </w:rPr>
              <w:t>Diskpersonal</w:t>
            </w:r>
          </w:p>
        </w:tc>
        <w:tc>
          <w:tcPr>
            <w:tcW w:w="3437" w:type="dxa"/>
            <w:vAlign w:val="center"/>
          </w:tcPr>
          <w:p w14:paraId="1F118BA8" w14:textId="77777777" w:rsidR="00821CA1" w:rsidRDefault="00F22808">
            <w:r>
              <w:rPr>
                <w:sz w:val="16"/>
              </w:rPr>
              <w:t>Skriv här</w:t>
            </w:r>
          </w:p>
        </w:tc>
        <w:tc>
          <w:tcPr>
            <w:tcW w:w="3437" w:type="dxa"/>
            <w:vAlign w:val="center"/>
          </w:tcPr>
          <w:p w14:paraId="7F276E90" w14:textId="77777777" w:rsidR="00821CA1" w:rsidRDefault="00F22808">
            <w:r>
              <w:rPr>
                <w:sz w:val="16"/>
              </w:rPr>
              <w:t>Skriv här</w:t>
            </w:r>
          </w:p>
        </w:tc>
      </w:tr>
      <w:tr w:rsidR="00821CA1" w14:paraId="46E5B0D4" w14:textId="77777777">
        <w:trPr>
          <w:jc w:val="center"/>
        </w:trPr>
        <w:tc>
          <w:tcPr>
            <w:tcW w:w="3437" w:type="dxa"/>
            <w:vAlign w:val="center"/>
          </w:tcPr>
          <w:p w14:paraId="1E88A80B" w14:textId="77777777" w:rsidR="00821CA1" w:rsidRDefault="00F22808">
            <w:r>
              <w:rPr>
                <w:sz w:val="16"/>
              </w:rPr>
              <w:t>Övrigt</w:t>
            </w:r>
          </w:p>
        </w:tc>
        <w:tc>
          <w:tcPr>
            <w:tcW w:w="3437" w:type="dxa"/>
            <w:vAlign w:val="center"/>
          </w:tcPr>
          <w:p w14:paraId="7BA381C3" w14:textId="77777777" w:rsidR="00821CA1" w:rsidRDefault="00F22808">
            <w:r>
              <w:rPr>
                <w:sz w:val="16"/>
              </w:rPr>
              <w:t>Skriv här</w:t>
            </w:r>
          </w:p>
        </w:tc>
        <w:tc>
          <w:tcPr>
            <w:tcW w:w="3437" w:type="dxa"/>
            <w:vAlign w:val="center"/>
          </w:tcPr>
          <w:p w14:paraId="4AB618E4" w14:textId="77777777" w:rsidR="00821CA1" w:rsidRDefault="00F22808">
            <w:r>
              <w:rPr>
                <w:sz w:val="16"/>
              </w:rPr>
              <w:t>Skriv här</w:t>
            </w:r>
          </w:p>
        </w:tc>
      </w:tr>
    </w:tbl>
    <w:p w14:paraId="74BD9239" w14:textId="77777777" w:rsidR="00821CA1" w:rsidRPr="0026204C" w:rsidRDefault="00F22808">
      <w:pPr>
        <w:rPr>
          <w:lang w:val="sv-SE"/>
        </w:rPr>
      </w:pPr>
      <w:r w:rsidRPr="0026204C">
        <w:rPr>
          <w:lang w:val="sv-SE"/>
        </w:rPr>
        <w:t>Kort beskrivning av hur bemanningen dimensioneras för 120–150 gäster och hur frånvaro hanteras:</w:t>
      </w:r>
    </w:p>
    <w:tbl>
      <w:tblPr>
        <w:tblStyle w:val="Tabellrutnt"/>
        <w:tblW w:w="0" w:type="auto"/>
        <w:jc w:val="center"/>
        <w:tblLook w:val="04A0" w:firstRow="1" w:lastRow="0" w:firstColumn="1" w:lastColumn="0" w:noHBand="0" w:noVBand="1"/>
      </w:tblPr>
      <w:tblGrid>
        <w:gridCol w:w="10302"/>
      </w:tblGrid>
      <w:tr w:rsidR="00821CA1" w14:paraId="2FE702FB" w14:textId="77777777">
        <w:trPr>
          <w:jc w:val="center"/>
        </w:trPr>
        <w:tc>
          <w:tcPr>
            <w:tcW w:w="10312" w:type="dxa"/>
            <w:shd w:val="clear" w:color="auto" w:fill="E7E6E6"/>
            <w:vAlign w:val="center"/>
          </w:tcPr>
          <w:p w14:paraId="279F936A" w14:textId="77777777" w:rsidR="00821CA1" w:rsidRDefault="00F22808">
            <w:r>
              <w:rPr>
                <w:b/>
                <w:sz w:val="18"/>
              </w:rPr>
              <w:t>Svar</w:t>
            </w:r>
          </w:p>
        </w:tc>
      </w:tr>
      <w:tr w:rsidR="00821CA1" w14:paraId="1CFC51FD" w14:textId="77777777">
        <w:trPr>
          <w:jc w:val="center"/>
        </w:trPr>
        <w:tc>
          <w:tcPr>
            <w:tcW w:w="10312" w:type="dxa"/>
            <w:vAlign w:val="center"/>
          </w:tcPr>
          <w:p w14:paraId="4C6A16DF" w14:textId="77777777" w:rsidR="00821CA1" w:rsidRDefault="00F22808">
            <w:r>
              <w:rPr>
                <w:sz w:val="18"/>
              </w:rPr>
              <w:t>Skriv här</w:t>
            </w:r>
          </w:p>
        </w:tc>
      </w:tr>
    </w:tbl>
    <w:p w14:paraId="16E21CBF" w14:textId="77777777" w:rsidR="00821CA1" w:rsidRDefault="00F22808">
      <w:pPr>
        <w:pStyle w:val="Rubrik1"/>
      </w:pPr>
      <w:r>
        <w:t>6. Barupplägg</w:t>
      </w:r>
    </w:p>
    <w:tbl>
      <w:tblPr>
        <w:tblStyle w:val="Tabellrutnt"/>
        <w:tblW w:w="0" w:type="auto"/>
        <w:jc w:val="center"/>
        <w:tblLook w:val="04A0" w:firstRow="1" w:lastRow="0" w:firstColumn="1" w:lastColumn="0" w:noHBand="0" w:noVBand="1"/>
      </w:tblPr>
      <w:tblGrid>
        <w:gridCol w:w="5152"/>
        <w:gridCol w:w="5150"/>
      </w:tblGrid>
      <w:tr w:rsidR="00821CA1" w14:paraId="3C56895D" w14:textId="77777777">
        <w:trPr>
          <w:jc w:val="center"/>
        </w:trPr>
        <w:tc>
          <w:tcPr>
            <w:tcW w:w="5156" w:type="dxa"/>
            <w:shd w:val="clear" w:color="auto" w:fill="E7E6E6"/>
            <w:vAlign w:val="center"/>
          </w:tcPr>
          <w:p w14:paraId="7B7589F3" w14:textId="77777777" w:rsidR="00821CA1" w:rsidRDefault="00F22808">
            <w:r>
              <w:rPr>
                <w:b/>
                <w:sz w:val="18"/>
              </w:rPr>
              <w:t>Fråga</w:t>
            </w:r>
          </w:p>
        </w:tc>
        <w:tc>
          <w:tcPr>
            <w:tcW w:w="5156" w:type="dxa"/>
            <w:shd w:val="clear" w:color="auto" w:fill="E7E6E6"/>
            <w:vAlign w:val="center"/>
          </w:tcPr>
          <w:p w14:paraId="673A22D1" w14:textId="77777777" w:rsidR="00821CA1" w:rsidRDefault="00F22808">
            <w:r>
              <w:rPr>
                <w:b/>
                <w:sz w:val="18"/>
              </w:rPr>
              <w:t>Svar</w:t>
            </w:r>
          </w:p>
        </w:tc>
      </w:tr>
      <w:tr w:rsidR="00821CA1" w14:paraId="2B3A022A" w14:textId="77777777">
        <w:trPr>
          <w:jc w:val="center"/>
        </w:trPr>
        <w:tc>
          <w:tcPr>
            <w:tcW w:w="5156" w:type="dxa"/>
            <w:vAlign w:val="center"/>
          </w:tcPr>
          <w:p w14:paraId="5EE07BAA" w14:textId="77777777" w:rsidR="00821CA1" w:rsidRPr="0026204C" w:rsidRDefault="00F22808">
            <w:pPr>
              <w:rPr>
                <w:lang w:val="sv-SE"/>
              </w:rPr>
            </w:pPr>
            <w:r w:rsidRPr="0026204C">
              <w:rPr>
                <w:sz w:val="18"/>
                <w:lang w:val="sv-SE"/>
              </w:rPr>
              <w:t>Kort beskrivning av barupplägg, tillstånd och ansvar</w:t>
            </w:r>
          </w:p>
        </w:tc>
        <w:tc>
          <w:tcPr>
            <w:tcW w:w="5156" w:type="dxa"/>
            <w:vAlign w:val="center"/>
          </w:tcPr>
          <w:p w14:paraId="64F52284" w14:textId="77777777" w:rsidR="00821CA1" w:rsidRDefault="00F22808">
            <w:r>
              <w:rPr>
                <w:sz w:val="18"/>
              </w:rPr>
              <w:t>Skriv här</w:t>
            </w:r>
          </w:p>
        </w:tc>
      </w:tr>
      <w:tr w:rsidR="00821CA1" w14:paraId="1FAD5FF4" w14:textId="77777777">
        <w:trPr>
          <w:jc w:val="center"/>
        </w:trPr>
        <w:tc>
          <w:tcPr>
            <w:tcW w:w="5156" w:type="dxa"/>
            <w:vAlign w:val="center"/>
          </w:tcPr>
          <w:p w14:paraId="6B71C16C" w14:textId="77777777" w:rsidR="00821CA1" w:rsidRPr="0026204C" w:rsidRDefault="00F22808">
            <w:pPr>
              <w:rPr>
                <w:lang w:val="sv-SE"/>
              </w:rPr>
            </w:pPr>
            <w:r w:rsidRPr="0026204C">
              <w:rPr>
                <w:sz w:val="18"/>
                <w:lang w:val="sv-SE"/>
              </w:rPr>
              <w:t>Ingår planering och bemanning av bar i offererat pris?</w:t>
            </w:r>
          </w:p>
        </w:tc>
        <w:tc>
          <w:tcPr>
            <w:tcW w:w="5156" w:type="dxa"/>
            <w:vAlign w:val="center"/>
          </w:tcPr>
          <w:p w14:paraId="061646F9" w14:textId="77777777" w:rsidR="00821CA1" w:rsidRDefault="00F22808">
            <w:r>
              <w:rPr>
                <w:sz w:val="18"/>
              </w:rPr>
              <w:t>☐</w:t>
            </w:r>
            <w:r>
              <w:rPr>
                <w:sz w:val="18"/>
              </w:rPr>
              <w:t xml:space="preserve"> Ja   ☐ Nej</w:t>
            </w:r>
          </w:p>
        </w:tc>
      </w:tr>
      <w:tr w:rsidR="00821CA1" w14:paraId="7A04FC9A" w14:textId="77777777">
        <w:trPr>
          <w:jc w:val="center"/>
        </w:trPr>
        <w:tc>
          <w:tcPr>
            <w:tcW w:w="5156" w:type="dxa"/>
            <w:vAlign w:val="center"/>
          </w:tcPr>
          <w:p w14:paraId="5946CE88" w14:textId="77777777" w:rsidR="00821CA1" w:rsidRDefault="00F22808">
            <w:r>
              <w:rPr>
                <w:sz w:val="18"/>
              </w:rPr>
              <w:t>Ingår kassahantering?</w:t>
            </w:r>
          </w:p>
        </w:tc>
        <w:tc>
          <w:tcPr>
            <w:tcW w:w="5156" w:type="dxa"/>
            <w:vAlign w:val="center"/>
          </w:tcPr>
          <w:p w14:paraId="0C6E2EC5" w14:textId="77777777" w:rsidR="00821CA1" w:rsidRDefault="00F22808">
            <w:r>
              <w:rPr>
                <w:sz w:val="18"/>
              </w:rPr>
              <w:t>☐</w:t>
            </w:r>
            <w:r>
              <w:rPr>
                <w:sz w:val="18"/>
              </w:rPr>
              <w:t xml:space="preserve"> Ja   ☐ Nej</w:t>
            </w:r>
          </w:p>
        </w:tc>
      </w:tr>
      <w:tr w:rsidR="00821CA1" w14:paraId="720F1362" w14:textId="77777777">
        <w:trPr>
          <w:jc w:val="center"/>
        </w:trPr>
        <w:tc>
          <w:tcPr>
            <w:tcW w:w="5156" w:type="dxa"/>
            <w:vAlign w:val="center"/>
          </w:tcPr>
          <w:p w14:paraId="2C5B9343" w14:textId="77777777" w:rsidR="00821CA1" w:rsidRDefault="00F22808">
            <w:r>
              <w:rPr>
                <w:sz w:val="18"/>
              </w:rPr>
              <w:t>Ingår erforderlig barutrustning?</w:t>
            </w:r>
          </w:p>
        </w:tc>
        <w:tc>
          <w:tcPr>
            <w:tcW w:w="5156" w:type="dxa"/>
            <w:vAlign w:val="center"/>
          </w:tcPr>
          <w:p w14:paraId="502D39CB" w14:textId="77777777" w:rsidR="00821CA1" w:rsidRDefault="00F22808">
            <w:r>
              <w:rPr>
                <w:sz w:val="18"/>
              </w:rPr>
              <w:t>☐</w:t>
            </w:r>
            <w:r>
              <w:rPr>
                <w:sz w:val="18"/>
              </w:rPr>
              <w:t xml:space="preserve"> Ja   ☐ Nej</w:t>
            </w:r>
          </w:p>
        </w:tc>
      </w:tr>
    </w:tbl>
    <w:p w14:paraId="4767935B" w14:textId="77777777" w:rsidR="00821CA1" w:rsidRDefault="00821CA1"/>
    <w:p w14:paraId="6B8CF488" w14:textId="77777777" w:rsidR="00821CA1" w:rsidRPr="0026204C" w:rsidRDefault="00F22808">
      <w:pPr>
        <w:rPr>
          <w:lang w:val="sv-SE"/>
        </w:rPr>
      </w:pPr>
      <w:r w:rsidRPr="0026204C">
        <w:rPr>
          <w:lang w:val="sv-SE"/>
        </w:rPr>
        <w:t>Offererat pris ska tydligt omfatta: välkomstmingel/fördrink (mousserande eller alkoholfritt), trerätters middag, vegetariskt alternativ och specialkost, kaffe/te till dessert, ett glas vin/öl/alkoholfritt till huvudrätten enligt slutlig överenskommelse, all nödvändig bemanning, barservice, dukning, servering, disk, återställning och nödvändig matlogistik. Eventuella undantag ska anges uttryckligen.</w:t>
      </w:r>
    </w:p>
    <w:p w14:paraId="198DE385" w14:textId="77777777" w:rsidR="00821CA1" w:rsidRPr="0026204C" w:rsidRDefault="00F22808">
      <w:pPr>
        <w:pStyle w:val="Rubrik1"/>
        <w:rPr>
          <w:lang w:val="sv-SE"/>
        </w:rPr>
      </w:pPr>
      <w:r w:rsidRPr="0026204C">
        <w:rPr>
          <w:lang w:val="sv-SE"/>
        </w:rPr>
        <w:lastRenderedPageBreak/>
        <w:t>7. Pris – komplett leverans</w:t>
      </w:r>
    </w:p>
    <w:p w14:paraId="735E1E2F" w14:textId="77777777" w:rsidR="00821CA1" w:rsidRPr="0026204C" w:rsidRDefault="00F22808">
      <w:pPr>
        <w:rPr>
          <w:lang w:val="sv-SE"/>
        </w:rPr>
      </w:pPr>
      <w:r w:rsidRPr="0026204C">
        <w:rPr>
          <w:lang w:val="sv-SE"/>
        </w:rPr>
        <w:t>Samtliga priser anges inklusive moms. Priset ska omfatta hela uppdraget enligt förfrågningsunderlaget, om undantag inte tydligt anges.</w:t>
      </w:r>
    </w:p>
    <w:tbl>
      <w:tblPr>
        <w:tblStyle w:val="Tabellrutnt"/>
        <w:tblW w:w="0" w:type="auto"/>
        <w:jc w:val="center"/>
        <w:tblLook w:val="04A0" w:firstRow="1" w:lastRow="0" w:firstColumn="1" w:lastColumn="0" w:noHBand="0" w:noVBand="1"/>
      </w:tblPr>
      <w:tblGrid>
        <w:gridCol w:w="3434"/>
        <w:gridCol w:w="3434"/>
        <w:gridCol w:w="3434"/>
      </w:tblGrid>
      <w:tr w:rsidR="00821CA1" w14:paraId="6CCC7FA5" w14:textId="77777777">
        <w:trPr>
          <w:jc w:val="center"/>
        </w:trPr>
        <w:tc>
          <w:tcPr>
            <w:tcW w:w="3437" w:type="dxa"/>
            <w:shd w:val="clear" w:color="auto" w:fill="E7E6E6"/>
            <w:vAlign w:val="center"/>
          </w:tcPr>
          <w:p w14:paraId="7CB8EC1A" w14:textId="77777777" w:rsidR="00821CA1" w:rsidRDefault="00F22808">
            <w:r>
              <w:rPr>
                <w:b/>
                <w:sz w:val="18"/>
              </w:rPr>
              <w:t>Prispost</w:t>
            </w:r>
          </w:p>
        </w:tc>
        <w:tc>
          <w:tcPr>
            <w:tcW w:w="3437" w:type="dxa"/>
            <w:shd w:val="clear" w:color="auto" w:fill="E7E6E6"/>
            <w:vAlign w:val="center"/>
          </w:tcPr>
          <w:p w14:paraId="5D46AB89" w14:textId="77777777" w:rsidR="00821CA1" w:rsidRDefault="00F22808">
            <w:r>
              <w:rPr>
                <w:b/>
                <w:sz w:val="18"/>
              </w:rPr>
              <w:t>Pris inkl. moms</w:t>
            </w:r>
          </w:p>
        </w:tc>
        <w:tc>
          <w:tcPr>
            <w:tcW w:w="3437" w:type="dxa"/>
            <w:shd w:val="clear" w:color="auto" w:fill="E7E6E6"/>
            <w:vAlign w:val="center"/>
          </w:tcPr>
          <w:p w14:paraId="7B2F9DFA" w14:textId="77777777" w:rsidR="00821CA1" w:rsidRDefault="00F22808">
            <w:r>
              <w:rPr>
                <w:b/>
                <w:sz w:val="18"/>
              </w:rPr>
              <w:t>Kommentar / villkor</w:t>
            </w:r>
          </w:p>
        </w:tc>
      </w:tr>
      <w:tr w:rsidR="00821CA1" w14:paraId="2248F2EC" w14:textId="77777777">
        <w:trPr>
          <w:jc w:val="center"/>
        </w:trPr>
        <w:tc>
          <w:tcPr>
            <w:tcW w:w="3437" w:type="dxa"/>
            <w:vAlign w:val="center"/>
          </w:tcPr>
          <w:p w14:paraId="7C49D8A5" w14:textId="77777777" w:rsidR="00821CA1" w:rsidRDefault="00F22808">
            <w:r>
              <w:rPr>
                <w:sz w:val="18"/>
              </w:rPr>
              <w:t>Pris per person</w:t>
            </w:r>
          </w:p>
        </w:tc>
        <w:tc>
          <w:tcPr>
            <w:tcW w:w="3437" w:type="dxa"/>
            <w:vAlign w:val="center"/>
          </w:tcPr>
          <w:p w14:paraId="38092DF3" w14:textId="77777777" w:rsidR="00821CA1" w:rsidRDefault="00F22808">
            <w:r>
              <w:rPr>
                <w:sz w:val="18"/>
              </w:rPr>
              <w:t>Skriv här</w:t>
            </w:r>
          </w:p>
        </w:tc>
        <w:tc>
          <w:tcPr>
            <w:tcW w:w="3437" w:type="dxa"/>
            <w:vAlign w:val="center"/>
          </w:tcPr>
          <w:p w14:paraId="53348E6E" w14:textId="77777777" w:rsidR="00821CA1" w:rsidRDefault="00F22808">
            <w:r>
              <w:rPr>
                <w:sz w:val="18"/>
              </w:rPr>
              <w:t>Skriv här</w:t>
            </w:r>
          </w:p>
        </w:tc>
      </w:tr>
      <w:tr w:rsidR="00821CA1" w14:paraId="028C3832" w14:textId="77777777">
        <w:trPr>
          <w:jc w:val="center"/>
        </w:trPr>
        <w:tc>
          <w:tcPr>
            <w:tcW w:w="3437" w:type="dxa"/>
            <w:vAlign w:val="center"/>
          </w:tcPr>
          <w:p w14:paraId="639BFCDB" w14:textId="77777777" w:rsidR="00821CA1" w:rsidRDefault="00F22808">
            <w:r>
              <w:rPr>
                <w:sz w:val="18"/>
              </w:rPr>
              <w:t>Totalpris vid 120 gäster</w:t>
            </w:r>
          </w:p>
        </w:tc>
        <w:tc>
          <w:tcPr>
            <w:tcW w:w="3437" w:type="dxa"/>
            <w:vAlign w:val="center"/>
          </w:tcPr>
          <w:p w14:paraId="72405571" w14:textId="77777777" w:rsidR="00821CA1" w:rsidRDefault="00F22808">
            <w:r>
              <w:rPr>
                <w:sz w:val="18"/>
              </w:rPr>
              <w:t>Skriv här</w:t>
            </w:r>
          </w:p>
        </w:tc>
        <w:tc>
          <w:tcPr>
            <w:tcW w:w="3437" w:type="dxa"/>
            <w:vAlign w:val="center"/>
          </w:tcPr>
          <w:p w14:paraId="291AC1DE" w14:textId="77777777" w:rsidR="00821CA1" w:rsidRDefault="00F22808">
            <w:r>
              <w:rPr>
                <w:sz w:val="18"/>
              </w:rPr>
              <w:t>Skriv här</w:t>
            </w:r>
          </w:p>
        </w:tc>
      </w:tr>
      <w:tr w:rsidR="00821CA1" w14:paraId="66AD9ECF" w14:textId="77777777">
        <w:trPr>
          <w:jc w:val="center"/>
        </w:trPr>
        <w:tc>
          <w:tcPr>
            <w:tcW w:w="3437" w:type="dxa"/>
            <w:vAlign w:val="center"/>
          </w:tcPr>
          <w:p w14:paraId="585481C5" w14:textId="77777777" w:rsidR="00821CA1" w:rsidRPr="0026204C" w:rsidRDefault="00F22808">
            <w:pPr>
              <w:rPr>
                <w:lang w:val="sv-SE"/>
              </w:rPr>
            </w:pPr>
            <w:r w:rsidRPr="0026204C">
              <w:rPr>
                <w:sz w:val="18"/>
                <w:lang w:val="sv-SE"/>
              </w:rPr>
              <w:t>Pris per person vid 120–150 gäster</w:t>
            </w:r>
          </w:p>
        </w:tc>
        <w:tc>
          <w:tcPr>
            <w:tcW w:w="3437" w:type="dxa"/>
            <w:vAlign w:val="center"/>
          </w:tcPr>
          <w:p w14:paraId="3D0357D5" w14:textId="77777777" w:rsidR="00821CA1" w:rsidRDefault="00F22808">
            <w:r>
              <w:rPr>
                <w:sz w:val="18"/>
              </w:rPr>
              <w:t>Skriv här</w:t>
            </w:r>
          </w:p>
        </w:tc>
        <w:tc>
          <w:tcPr>
            <w:tcW w:w="3437" w:type="dxa"/>
            <w:vAlign w:val="center"/>
          </w:tcPr>
          <w:p w14:paraId="444D5B1F" w14:textId="77777777" w:rsidR="00821CA1" w:rsidRDefault="00F22808">
            <w:r>
              <w:rPr>
                <w:sz w:val="18"/>
              </w:rPr>
              <w:t>Skriv här</w:t>
            </w:r>
          </w:p>
        </w:tc>
      </w:tr>
      <w:tr w:rsidR="00821CA1" w14:paraId="4E8D6336" w14:textId="77777777">
        <w:trPr>
          <w:jc w:val="center"/>
        </w:trPr>
        <w:tc>
          <w:tcPr>
            <w:tcW w:w="3437" w:type="dxa"/>
            <w:vAlign w:val="center"/>
          </w:tcPr>
          <w:p w14:paraId="2DB25047" w14:textId="77777777" w:rsidR="00821CA1" w:rsidRDefault="00F22808">
            <w:r>
              <w:rPr>
                <w:sz w:val="18"/>
              </w:rPr>
              <w:t>Pris per tillkommande gäst</w:t>
            </w:r>
          </w:p>
        </w:tc>
        <w:tc>
          <w:tcPr>
            <w:tcW w:w="3437" w:type="dxa"/>
            <w:vAlign w:val="center"/>
          </w:tcPr>
          <w:p w14:paraId="2CBE8EE8" w14:textId="77777777" w:rsidR="00821CA1" w:rsidRDefault="00F22808">
            <w:r>
              <w:rPr>
                <w:sz w:val="18"/>
              </w:rPr>
              <w:t>Skriv här</w:t>
            </w:r>
          </w:p>
        </w:tc>
        <w:tc>
          <w:tcPr>
            <w:tcW w:w="3437" w:type="dxa"/>
            <w:vAlign w:val="center"/>
          </w:tcPr>
          <w:p w14:paraId="257D2F54" w14:textId="77777777" w:rsidR="00821CA1" w:rsidRDefault="00F22808">
            <w:r>
              <w:rPr>
                <w:sz w:val="18"/>
              </w:rPr>
              <w:t>Skriv här</w:t>
            </w:r>
          </w:p>
        </w:tc>
      </w:tr>
      <w:tr w:rsidR="00821CA1" w14:paraId="370D3FC4" w14:textId="77777777">
        <w:trPr>
          <w:jc w:val="center"/>
        </w:trPr>
        <w:tc>
          <w:tcPr>
            <w:tcW w:w="3437" w:type="dxa"/>
            <w:vAlign w:val="center"/>
          </w:tcPr>
          <w:p w14:paraId="2123E337" w14:textId="77777777" w:rsidR="00821CA1" w:rsidRPr="0026204C" w:rsidRDefault="00F22808">
            <w:pPr>
              <w:rPr>
                <w:lang w:val="sv-SE"/>
              </w:rPr>
            </w:pPr>
            <w:r w:rsidRPr="0026204C">
              <w:rPr>
                <w:sz w:val="18"/>
                <w:lang w:val="sv-SE"/>
              </w:rPr>
              <w:t>Beräknad total kostnad för ÅNS vid 120 gäster</w:t>
            </w:r>
          </w:p>
        </w:tc>
        <w:tc>
          <w:tcPr>
            <w:tcW w:w="3437" w:type="dxa"/>
            <w:vAlign w:val="center"/>
          </w:tcPr>
          <w:p w14:paraId="78D06B3A" w14:textId="77777777" w:rsidR="00821CA1" w:rsidRDefault="00F22808">
            <w:r>
              <w:rPr>
                <w:sz w:val="18"/>
              </w:rPr>
              <w:t>Skriv här</w:t>
            </w:r>
          </w:p>
        </w:tc>
        <w:tc>
          <w:tcPr>
            <w:tcW w:w="3437" w:type="dxa"/>
            <w:vAlign w:val="center"/>
          </w:tcPr>
          <w:p w14:paraId="6EAE7D63" w14:textId="77777777" w:rsidR="00821CA1" w:rsidRDefault="00F22808">
            <w:r>
              <w:rPr>
                <w:sz w:val="18"/>
              </w:rPr>
              <w:t>Skriv här</w:t>
            </w:r>
          </w:p>
        </w:tc>
      </w:tr>
    </w:tbl>
    <w:p w14:paraId="12542556" w14:textId="77777777" w:rsidR="00821CA1" w:rsidRPr="0026204C" w:rsidRDefault="00F22808">
      <w:pPr>
        <w:rPr>
          <w:lang w:val="sv-SE"/>
        </w:rPr>
      </w:pPr>
      <w:r w:rsidRPr="0026204C">
        <w:rPr>
          <w:lang w:val="sv-SE"/>
        </w:rPr>
        <w:t>Eventuella tilläggskostnader ska specificeras och motiveras. Om inga finns, markera detta.</w:t>
      </w:r>
    </w:p>
    <w:tbl>
      <w:tblPr>
        <w:tblStyle w:val="Tabellrutnt"/>
        <w:tblW w:w="0" w:type="auto"/>
        <w:jc w:val="center"/>
        <w:tblLook w:val="04A0" w:firstRow="1" w:lastRow="0" w:firstColumn="1" w:lastColumn="0" w:noHBand="0" w:noVBand="1"/>
      </w:tblPr>
      <w:tblGrid>
        <w:gridCol w:w="3435"/>
        <w:gridCol w:w="3433"/>
        <w:gridCol w:w="3434"/>
      </w:tblGrid>
      <w:tr w:rsidR="00821CA1" w14:paraId="330FF26F" w14:textId="77777777">
        <w:trPr>
          <w:jc w:val="center"/>
        </w:trPr>
        <w:tc>
          <w:tcPr>
            <w:tcW w:w="3437" w:type="dxa"/>
            <w:shd w:val="clear" w:color="auto" w:fill="E7E6E6"/>
            <w:vAlign w:val="center"/>
          </w:tcPr>
          <w:p w14:paraId="412913A2" w14:textId="77777777" w:rsidR="00821CA1" w:rsidRDefault="00F22808">
            <w:r>
              <w:rPr>
                <w:b/>
                <w:sz w:val="18"/>
              </w:rPr>
              <w:t>Tilläggskostnad</w:t>
            </w:r>
          </w:p>
        </w:tc>
        <w:tc>
          <w:tcPr>
            <w:tcW w:w="3437" w:type="dxa"/>
            <w:shd w:val="clear" w:color="auto" w:fill="E7E6E6"/>
            <w:vAlign w:val="center"/>
          </w:tcPr>
          <w:p w14:paraId="5FE2FAF3" w14:textId="77777777" w:rsidR="00821CA1" w:rsidRDefault="00F22808">
            <w:r>
              <w:rPr>
                <w:b/>
                <w:sz w:val="18"/>
              </w:rPr>
              <w:t>Pris inkl. moms</w:t>
            </w:r>
          </w:p>
        </w:tc>
        <w:tc>
          <w:tcPr>
            <w:tcW w:w="3437" w:type="dxa"/>
            <w:shd w:val="clear" w:color="auto" w:fill="E7E6E6"/>
            <w:vAlign w:val="center"/>
          </w:tcPr>
          <w:p w14:paraId="21C238F6" w14:textId="77777777" w:rsidR="00821CA1" w:rsidRDefault="00F22808">
            <w:r>
              <w:rPr>
                <w:b/>
                <w:sz w:val="18"/>
              </w:rPr>
              <w:t>När uppstår kostnaden?</w:t>
            </w:r>
          </w:p>
        </w:tc>
      </w:tr>
      <w:tr w:rsidR="00821CA1" w14:paraId="4E6BFE46" w14:textId="77777777">
        <w:trPr>
          <w:jc w:val="center"/>
        </w:trPr>
        <w:tc>
          <w:tcPr>
            <w:tcW w:w="3437" w:type="dxa"/>
            <w:vAlign w:val="center"/>
          </w:tcPr>
          <w:p w14:paraId="05D46797" w14:textId="77777777" w:rsidR="00821CA1" w:rsidRDefault="00F22808">
            <w:r>
              <w:rPr>
                <w:sz w:val="18"/>
              </w:rPr>
              <w:t>Skriv här</w:t>
            </w:r>
          </w:p>
        </w:tc>
        <w:tc>
          <w:tcPr>
            <w:tcW w:w="3437" w:type="dxa"/>
            <w:vAlign w:val="center"/>
          </w:tcPr>
          <w:p w14:paraId="4096C879" w14:textId="77777777" w:rsidR="00821CA1" w:rsidRDefault="00F22808">
            <w:r>
              <w:rPr>
                <w:sz w:val="18"/>
              </w:rPr>
              <w:t>Skriv här</w:t>
            </w:r>
          </w:p>
        </w:tc>
        <w:tc>
          <w:tcPr>
            <w:tcW w:w="3437" w:type="dxa"/>
            <w:vAlign w:val="center"/>
          </w:tcPr>
          <w:p w14:paraId="7395A1C5" w14:textId="77777777" w:rsidR="00821CA1" w:rsidRDefault="00F22808">
            <w:r>
              <w:rPr>
                <w:sz w:val="18"/>
              </w:rPr>
              <w:t>Skriv här</w:t>
            </w:r>
          </w:p>
        </w:tc>
      </w:tr>
      <w:tr w:rsidR="00821CA1" w14:paraId="4459AA98" w14:textId="77777777">
        <w:trPr>
          <w:jc w:val="center"/>
        </w:trPr>
        <w:tc>
          <w:tcPr>
            <w:tcW w:w="3437" w:type="dxa"/>
            <w:vAlign w:val="center"/>
          </w:tcPr>
          <w:p w14:paraId="20069913" w14:textId="77777777" w:rsidR="00821CA1" w:rsidRDefault="00F22808">
            <w:r>
              <w:rPr>
                <w:sz w:val="18"/>
              </w:rPr>
              <w:t>Skriv här</w:t>
            </w:r>
          </w:p>
        </w:tc>
        <w:tc>
          <w:tcPr>
            <w:tcW w:w="3437" w:type="dxa"/>
            <w:vAlign w:val="center"/>
          </w:tcPr>
          <w:p w14:paraId="382B38FB" w14:textId="77777777" w:rsidR="00821CA1" w:rsidRDefault="00F22808">
            <w:r>
              <w:rPr>
                <w:sz w:val="18"/>
              </w:rPr>
              <w:t>Skriv här</w:t>
            </w:r>
          </w:p>
        </w:tc>
        <w:tc>
          <w:tcPr>
            <w:tcW w:w="3437" w:type="dxa"/>
            <w:vAlign w:val="center"/>
          </w:tcPr>
          <w:p w14:paraId="6D35CF2C" w14:textId="77777777" w:rsidR="00821CA1" w:rsidRDefault="00F22808">
            <w:r>
              <w:rPr>
                <w:sz w:val="18"/>
              </w:rPr>
              <w:t>Skriv här</w:t>
            </w:r>
          </w:p>
        </w:tc>
      </w:tr>
      <w:tr w:rsidR="00821CA1" w14:paraId="49158B72" w14:textId="77777777">
        <w:trPr>
          <w:jc w:val="center"/>
        </w:trPr>
        <w:tc>
          <w:tcPr>
            <w:tcW w:w="3437" w:type="dxa"/>
            <w:vAlign w:val="center"/>
          </w:tcPr>
          <w:p w14:paraId="3EF25A5E" w14:textId="77777777" w:rsidR="00821CA1" w:rsidRDefault="00F22808">
            <w:r>
              <w:rPr>
                <w:sz w:val="18"/>
              </w:rPr>
              <w:t>Skriv här</w:t>
            </w:r>
          </w:p>
        </w:tc>
        <w:tc>
          <w:tcPr>
            <w:tcW w:w="3437" w:type="dxa"/>
            <w:vAlign w:val="center"/>
          </w:tcPr>
          <w:p w14:paraId="7281971F" w14:textId="77777777" w:rsidR="00821CA1" w:rsidRDefault="00F22808">
            <w:r>
              <w:rPr>
                <w:sz w:val="18"/>
              </w:rPr>
              <w:t>Skriv här</w:t>
            </w:r>
          </w:p>
        </w:tc>
        <w:tc>
          <w:tcPr>
            <w:tcW w:w="3437" w:type="dxa"/>
            <w:vAlign w:val="center"/>
          </w:tcPr>
          <w:p w14:paraId="708F6B55" w14:textId="77777777" w:rsidR="00821CA1" w:rsidRDefault="00F22808">
            <w:r>
              <w:rPr>
                <w:sz w:val="18"/>
              </w:rPr>
              <w:t>Skriv här</w:t>
            </w:r>
          </w:p>
        </w:tc>
      </w:tr>
    </w:tbl>
    <w:p w14:paraId="5A938016" w14:textId="77777777" w:rsidR="00821CA1" w:rsidRPr="0026204C" w:rsidRDefault="00F22808">
      <w:pPr>
        <w:rPr>
          <w:lang w:val="sv-SE"/>
        </w:rPr>
      </w:pPr>
      <w:r w:rsidRPr="0026204C">
        <w:rPr>
          <w:lang w:val="sv-SE"/>
        </w:rPr>
        <w:t>☐</w:t>
      </w:r>
      <w:r w:rsidRPr="0026204C">
        <w:rPr>
          <w:lang w:val="sv-SE"/>
        </w:rPr>
        <w:t xml:space="preserve"> Inga tilläggskostnader tillkommer.   ☐ Tillägg finns och är redovisade ovan.</w:t>
      </w:r>
    </w:p>
    <w:p w14:paraId="67A5A681" w14:textId="77777777" w:rsidR="00821CA1" w:rsidRPr="0026204C" w:rsidRDefault="00F22808">
      <w:pPr>
        <w:rPr>
          <w:lang w:val="sv-SE"/>
        </w:rPr>
      </w:pPr>
      <w:r w:rsidRPr="0026204C">
        <w:rPr>
          <w:lang w:val="sv-SE"/>
        </w:rPr>
        <w:t>Prisets giltighet t.o.m.: ____________________</w:t>
      </w:r>
    </w:p>
    <w:p w14:paraId="58F18CE3" w14:textId="77777777" w:rsidR="00821CA1" w:rsidRPr="0026204C" w:rsidRDefault="00F22808">
      <w:pPr>
        <w:rPr>
          <w:lang w:val="sv-SE"/>
        </w:rPr>
      </w:pPr>
      <w:r w:rsidRPr="0026204C">
        <w:rPr>
          <w:lang w:val="sv-SE"/>
        </w:rPr>
        <w:t>Ingen tillkommande kostnad får debiteras ÅNS utan föregående godkännande.</w:t>
      </w:r>
    </w:p>
    <w:p w14:paraId="45B6BB21" w14:textId="77777777" w:rsidR="00821CA1" w:rsidRPr="0026204C" w:rsidRDefault="00F22808">
      <w:pPr>
        <w:pStyle w:val="Rubrik1"/>
        <w:rPr>
          <w:lang w:val="sv-SE"/>
        </w:rPr>
      </w:pPr>
      <w:r w:rsidRPr="0026204C">
        <w:rPr>
          <w:lang w:val="sv-SE"/>
        </w:rPr>
        <w:t>8. Referensuppdrag</w:t>
      </w:r>
    </w:p>
    <w:p w14:paraId="0E35B297" w14:textId="77777777" w:rsidR="00821CA1" w:rsidRPr="0026204C" w:rsidRDefault="00F22808">
      <w:pPr>
        <w:rPr>
          <w:lang w:val="sv-SE"/>
        </w:rPr>
      </w:pPr>
      <w:r w:rsidRPr="0026204C">
        <w:rPr>
          <w:lang w:val="sv-SE"/>
        </w:rPr>
        <w:t>Ange tre relevanta uppdrag från de senaste fem åren.</w:t>
      </w:r>
    </w:p>
    <w:tbl>
      <w:tblPr>
        <w:tblStyle w:val="Tabellrutnt"/>
        <w:tblW w:w="0" w:type="auto"/>
        <w:jc w:val="center"/>
        <w:tblLook w:val="04A0" w:firstRow="1" w:lastRow="0" w:firstColumn="1" w:lastColumn="0" w:noHBand="0" w:noVBand="1"/>
      </w:tblPr>
      <w:tblGrid>
        <w:gridCol w:w="2575"/>
        <w:gridCol w:w="2576"/>
        <w:gridCol w:w="2575"/>
        <w:gridCol w:w="2576"/>
      </w:tblGrid>
      <w:tr w:rsidR="00821CA1" w14:paraId="2E74DB90" w14:textId="77777777">
        <w:trPr>
          <w:jc w:val="center"/>
        </w:trPr>
        <w:tc>
          <w:tcPr>
            <w:tcW w:w="2578" w:type="dxa"/>
            <w:shd w:val="clear" w:color="auto" w:fill="E7E6E6"/>
            <w:vAlign w:val="center"/>
          </w:tcPr>
          <w:p w14:paraId="3D10F6EA" w14:textId="77777777" w:rsidR="00821CA1" w:rsidRDefault="00F22808">
            <w:r>
              <w:rPr>
                <w:b/>
                <w:sz w:val="16"/>
              </w:rPr>
              <w:t>Nr</w:t>
            </w:r>
          </w:p>
        </w:tc>
        <w:tc>
          <w:tcPr>
            <w:tcW w:w="2578" w:type="dxa"/>
            <w:shd w:val="clear" w:color="auto" w:fill="E7E6E6"/>
            <w:vAlign w:val="center"/>
          </w:tcPr>
          <w:p w14:paraId="4EDD415A" w14:textId="77777777" w:rsidR="00821CA1" w:rsidRDefault="00F22808">
            <w:r>
              <w:rPr>
                <w:b/>
                <w:sz w:val="16"/>
              </w:rPr>
              <w:t>Kund/uppdrag</w:t>
            </w:r>
          </w:p>
        </w:tc>
        <w:tc>
          <w:tcPr>
            <w:tcW w:w="2578" w:type="dxa"/>
            <w:shd w:val="clear" w:color="auto" w:fill="E7E6E6"/>
            <w:vAlign w:val="center"/>
          </w:tcPr>
          <w:p w14:paraId="19210B70" w14:textId="77777777" w:rsidR="00821CA1" w:rsidRDefault="00F22808">
            <w:r>
              <w:rPr>
                <w:b/>
                <w:sz w:val="16"/>
              </w:rPr>
              <w:t>År och omfattning</w:t>
            </w:r>
          </w:p>
        </w:tc>
        <w:tc>
          <w:tcPr>
            <w:tcW w:w="2578" w:type="dxa"/>
            <w:shd w:val="clear" w:color="auto" w:fill="E7E6E6"/>
            <w:vAlign w:val="center"/>
          </w:tcPr>
          <w:p w14:paraId="23C09730" w14:textId="77777777" w:rsidR="00821CA1" w:rsidRDefault="00F22808">
            <w:r>
              <w:rPr>
                <w:b/>
                <w:sz w:val="16"/>
              </w:rPr>
              <w:t>Referensperson + telefon/e-post</w:t>
            </w:r>
          </w:p>
        </w:tc>
      </w:tr>
      <w:tr w:rsidR="00821CA1" w14:paraId="52D3E91D" w14:textId="77777777">
        <w:trPr>
          <w:jc w:val="center"/>
        </w:trPr>
        <w:tc>
          <w:tcPr>
            <w:tcW w:w="2578" w:type="dxa"/>
            <w:vAlign w:val="center"/>
          </w:tcPr>
          <w:p w14:paraId="5417F5F5" w14:textId="77777777" w:rsidR="00821CA1" w:rsidRDefault="00F22808">
            <w:r>
              <w:rPr>
                <w:sz w:val="16"/>
              </w:rPr>
              <w:t>1</w:t>
            </w:r>
          </w:p>
        </w:tc>
        <w:tc>
          <w:tcPr>
            <w:tcW w:w="2578" w:type="dxa"/>
            <w:vAlign w:val="center"/>
          </w:tcPr>
          <w:p w14:paraId="36439F42" w14:textId="77777777" w:rsidR="00821CA1" w:rsidRDefault="00F22808">
            <w:r>
              <w:rPr>
                <w:sz w:val="16"/>
              </w:rPr>
              <w:t>Skriv här</w:t>
            </w:r>
          </w:p>
        </w:tc>
        <w:tc>
          <w:tcPr>
            <w:tcW w:w="2578" w:type="dxa"/>
            <w:vAlign w:val="center"/>
          </w:tcPr>
          <w:p w14:paraId="5B4165FD" w14:textId="77777777" w:rsidR="00821CA1" w:rsidRDefault="00F22808">
            <w:r>
              <w:rPr>
                <w:sz w:val="16"/>
              </w:rPr>
              <w:t>Skriv här</w:t>
            </w:r>
          </w:p>
        </w:tc>
        <w:tc>
          <w:tcPr>
            <w:tcW w:w="2578" w:type="dxa"/>
            <w:vAlign w:val="center"/>
          </w:tcPr>
          <w:p w14:paraId="76F291E5" w14:textId="77777777" w:rsidR="00821CA1" w:rsidRDefault="00F22808">
            <w:r>
              <w:rPr>
                <w:sz w:val="16"/>
              </w:rPr>
              <w:t>Skriv här</w:t>
            </w:r>
          </w:p>
        </w:tc>
      </w:tr>
      <w:tr w:rsidR="00821CA1" w14:paraId="7D454272" w14:textId="77777777">
        <w:trPr>
          <w:jc w:val="center"/>
        </w:trPr>
        <w:tc>
          <w:tcPr>
            <w:tcW w:w="2578" w:type="dxa"/>
            <w:vAlign w:val="center"/>
          </w:tcPr>
          <w:p w14:paraId="26A2DF2B" w14:textId="77777777" w:rsidR="00821CA1" w:rsidRDefault="00F22808">
            <w:r>
              <w:rPr>
                <w:sz w:val="16"/>
              </w:rPr>
              <w:t>2</w:t>
            </w:r>
          </w:p>
        </w:tc>
        <w:tc>
          <w:tcPr>
            <w:tcW w:w="2578" w:type="dxa"/>
            <w:vAlign w:val="center"/>
          </w:tcPr>
          <w:p w14:paraId="51584219" w14:textId="77777777" w:rsidR="00821CA1" w:rsidRDefault="00F22808">
            <w:r>
              <w:rPr>
                <w:sz w:val="16"/>
              </w:rPr>
              <w:t>Skriv här</w:t>
            </w:r>
          </w:p>
        </w:tc>
        <w:tc>
          <w:tcPr>
            <w:tcW w:w="2578" w:type="dxa"/>
            <w:vAlign w:val="center"/>
          </w:tcPr>
          <w:p w14:paraId="41EC8BE1" w14:textId="77777777" w:rsidR="00821CA1" w:rsidRDefault="00F22808">
            <w:r>
              <w:rPr>
                <w:sz w:val="16"/>
              </w:rPr>
              <w:t>Skriv här</w:t>
            </w:r>
          </w:p>
        </w:tc>
        <w:tc>
          <w:tcPr>
            <w:tcW w:w="2578" w:type="dxa"/>
            <w:vAlign w:val="center"/>
          </w:tcPr>
          <w:p w14:paraId="2ABF0591" w14:textId="77777777" w:rsidR="00821CA1" w:rsidRDefault="00F22808">
            <w:r>
              <w:rPr>
                <w:sz w:val="16"/>
              </w:rPr>
              <w:t>Skriv här</w:t>
            </w:r>
          </w:p>
        </w:tc>
      </w:tr>
      <w:tr w:rsidR="00821CA1" w14:paraId="7C863065" w14:textId="77777777">
        <w:trPr>
          <w:jc w:val="center"/>
        </w:trPr>
        <w:tc>
          <w:tcPr>
            <w:tcW w:w="2578" w:type="dxa"/>
            <w:vAlign w:val="center"/>
          </w:tcPr>
          <w:p w14:paraId="65130726" w14:textId="77777777" w:rsidR="00821CA1" w:rsidRDefault="00F22808">
            <w:r>
              <w:rPr>
                <w:sz w:val="16"/>
              </w:rPr>
              <w:t>3</w:t>
            </w:r>
          </w:p>
        </w:tc>
        <w:tc>
          <w:tcPr>
            <w:tcW w:w="2578" w:type="dxa"/>
            <w:vAlign w:val="center"/>
          </w:tcPr>
          <w:p w14:paraId="260620D6" w14:textId="77777777" w:rsidR="00821CA1" w:rsidRDefault="00F22808">
            <w:r>
              <w:rPr>
                <w:sz w:val="16"/>
              </w:rPr>
              <w:t>Skriv här</w:t>
            </w:r>
          </w:p>
        </w:tc>
        <w:tc>
          <w:tcPr>
            <w:tcW w:w="2578" w:type="dxa"/>
            <w:vAlign w:val="center"/>
          </w:tcPr>
          <w:p w14:paraId="54267806" w14:textId="77777777" w:rsidR="00821CA1" w:rsidRDefault="00F22808">
            <w:r>
              <w:rPr>
                <w:sz w:val="16"/>
              </w:rPr>
              <w:t>Skriv här</w:t>
            </w:r>
          </w:p>
        </w:tc>
        <w:tc>
          <w:tcPr>
            <w:tcW w:w="2578" w:type="dxa"/>
            <w:vAlign w:val="center"/>
          </w:tcPr>
          <w:p w14:paraId="62D7668E" w14:textId="77777777" w:rsidR="00821CA1" w:rsidRDefault="00F22808">
            <w:r>
              <w:rPr>
                <w:sz w:val="16"/>
              </w:rPr>
              <w:t>Skriv här</w:t>
            </w:r>
          </w:p>
        </w:tc>
      </w:tr>
    </w:tbl>
    <w:p w14:paraId="42FB9897" w14:textId="77777777" w:rsidR="00821CA1" w:rsidRDefault="00F22808">
      <w:pPr>
        <w:pStyle w:val="Rubrik1"/>
      </w:pPr>
      <w:r>
        <w:t>9. Mervärden, reservationer och avvikelser</w:t>
      </w:r>
    </w:p>
    <w:tbl>
      <w:tblPr>
        <w:tblStyle w:val="Tabellrutnt"/>
        <w:tblW w:w="0" w:type="auto"/>
        <w:jc w:val="center"/>
        <w:tblLook w:val="04A0" w:firstRow="1" w:lastRow="0" w:firstColumn="1" w:lastColumn="0" w:noHBand="0" w:noVBand="1"/>
      </w:tblPr>
      <w:tblGrid>
        <w:gridCol w:w="5152"/>
        <w:gridCol w:w="5150"/>
      </w:tblGrid>
      <w:tr w:rsidR="00821CA1" w14:paraId="67873B5F" w14:textId="77777777">
        <w:trPr>
          <w:jc w:val="center"/>
        </w:trPr>
        <w:tc>
          <w:tcPr>
            <w:tcW w:w="5156" w:type="dxa"/>
            <w:shd w:val="clear" w:color="auto" w:fill="E7E6E6"/>
            <w:vAlign w:val="center"/>
          </w:tcPr>
          <w:p w14:paraId="4919A31C" w14:textId="77777777" w:rsidR="00821CA1" w:rsidRDefault="00F22808">
            <w:r>
              <w:rPr>
                <w:b/>
                <w:sz w:val="18"/>
              </w:rPr>
              <w:t>Uppgift</w:t>
            </w:r>
          </w:p>
        </w:tc>
        <w:tc>
          <w:tcPr>
            <w:tcW w:w="5156" w:type="dxa"/>
            <w:shd w:val="clear" w:color="auto" w:fill="E7E6E6"/>
            <w:vAlign w:val="center"/>
          </w:tcPr>
          <w:p w14:paraId="7793433C" w14:textId="77777777" w:rsidR="00821CA1" w:rsidRDefault="00F22808">
            <w:r>
              <w:rPr>
                <w:b/>
                <w:sz w:val="18"/>
              </w:rPr>
              <w:t>Svar</w:t>
            </w:r>
          </w:p>
        </w:tc>
      </w:tr>
      <w:tr w:rsidR="00821CA1" w14:paraId="2B8D2925" w14:textId="77777777">
        <w:trPr>
          <w:jc w:val="center"/>
        </w:trPr>
        <w:tc>
          <w:tcPr>
            <w:tcW w:w="5156" w:type="dxa"/>
            <w:vAlign w:val="center"/>
          </w:tcPr>
          <w:p w14:paraId="49FD9EFA" w14:textId="77777777" w:rsidR="00821CA1" w:rsidRDefault="00F22808">
            <w:r w:rsidRPr="0026204C">
              <w:rPr>
                <w:sz w:val="18"/>
                <w:lang w:val="sv-SE"/>
              </w:rPr>
              <w:t xml:space="preserve">Eventuella mervärden som stärker kvalitet, hållbarhet, flexibilitet eller gästupplevelse. </w:t>
            </w:r>
            <w:r>
              <w:rPr>
                <w:sz w:val="18"/>
              </w:rPr>
              <w:t>Ange om de ingår i priset.</w:t>
            </w:r>
          </w:p>
        </w:tc>
        <w:tc>
          <w:tcPr>
            <w:tcW w:w="5156" w:type="dxa"/>
            <w:vAlign w:val="center"/>
          </w:tcPr>
          <w:p w14:paraId="21C8B324" w14:textId="77777777" w:rsidR="00821CA1" w:rsidRDefault="00F22808">
            <w:r>
              <w:rPr>
                <w:sz w:val="18"/>
              </w:rPr>
              <w:t>Skriv här</w:t>
            </w:r>
          </w:p>
        </w:tc>
      </w:tr>
      <w:tr w:rsidR="00821CA1" w14:paraId="40C7E354" w14:textId="77777777">
        <w:trPr>
          <w:jc w:val="center"/>
        </w:trPr>
        <w:tc>
          <w:tcPr>
            <w:tcW w:w="5156" w:type="dxa"/>
            <w:vAlign w:val="center"/>
          </w:tcPr>
          <w:p w14:paraId="61704BB4" w14:textId="77777777" w:rsidR="00821CA1" w:rsidRPr="0026204C" w:rsidRDefault="00F22808">
            <w:pPr>
              <w:rPr>
                <w:lang w:val="sv-SE"/>
              </w:rPr>
            </w:pPr>
            <w:r w:rsidRPr="0026204C">
              <w:rPr>
                <w:sz w:val="18"/>
                <w:lang w:val="sv-SE"/>
              </w:rPr>
              <w:t>Eventuella reservationer, avvikelser eller förbehåll. Om inga finns, skriv Inga.</w:t>
            </w:r>
          </w:p>
        </w:tc>
        <w:tc>
          <w:tcPr>
            <w:tcW w:w="5156" w:type="dxa"/>
            <w:vAlign w:val="center"/>
          </w:tcPr>
          <w:p w14:paraId="2C151B5F" w14:textId="77777777" w:rsidR="00821CA1" w:rsidRDefault="00F22808">
            <w:r>
              <w:rPr>
                <w:sz w:val="18"/>
              </w:rPr>
              <w:t>Skriv här</w:t>
            </w:r>
          </w:p>
        </w:tc>
      </w:tr>
    </w:tbl>
    <w:p w14:paraId="4F68E2DC" w14:textId="77777777" w:rsidR="00821CA1" w:rsidRDefault="00821CA1"/>
    <w:p w14:paraId="05D3E77E" w14:textId="77777777" w:rsidR="00821CA1" w:rsidRPr="0026204C" w:rsidRDefault="00F22808">
      <w:pPr>
        <w:rPr>
          <w:lang w:val="sv-SE"/>
        </w:rPr>
      </w:pPr>
      <w:r w:rsidRPr="0026204C">
        <w:rPr>
          <w:lang w:val="sv-SE"/>
        </w:rPr>
        <w:t>Vid avvikelse som riskerar att påverka temperatur, kvalitet, bemanning, servering eller gästupplevelse ska leverantören omedelbart informera ÅNS och vidta skäliga åtgärder. Betydande avvikelser ska dokumenteras.</w:t>
      </w:r>
    </w:p>
    <w:p w14:paraId="2D6490E2" w14:textId="77777777" w:rsidR="00821CA1" w:rsidRPr="0026204C" w:rsidRDefault="00F22808">
      <w:pPr>
        <w:pStyle w:val="Rubrik1"/>
        <w:rPr>
          <w:lang w:val="sv-SE"/>
        </w:rPr>
      </w:pPr>
      <w:r w:rsidRPr="0026204C">
        <w:rPr>
          <w:lang w:val="sv-SE"/>
        </w:rPr>
        <w:t>10. Leverantörens bekräftelse</w:t>
      </w:r>
    </w:p>
    <w:p w14:paraId="06170C37" w14:textId="77777777" w:rsidR="00821CA1" w:rsidRPr="0026204C" w:rsidRDefault="00F22808">
      <w:pPr>
        <w:rPr>
          <w:lang w:val="sv-SE"/>
        </w:rPr>
      </w:pPr>
      <w:r w:rsidRPr="0026204C">
        <w:rPr>
          <w:lang w:val="sv-SE"/>
        </w:rPr>
        <w:t>Leverantören bekräftar att uppgifterna är korrekta, att obligatoriska krav markerade Ja kan uppfyllas och att uppdraget vid tilldelning kan genomföras enligt förfrågningsunderlaget, lämnad offert och tecknat avtal.</w:t>
      </w:r>
    </w:p>
    <w:tbl>
      <w:tblPr>
        <w:tblStyle w:val="Tabellrutnt"/>
        <w:tblW w:w="0" w:type="auto"/>
        <w:jc w:val="center"/>
        <w:tblLook w:val="04A0" w:firstRow="1" w:lastRow="0" w:firstColumn="1" w:lastColumn="0" w:noHBand="0" w:noVBand="1"/>
      </w:tblPr>
      <w:tblGrid>
        <w:gridCol w:w="5152"/>
        <w:gridCol w:w="5150"/>
      </w:tblGrid>
      <w:tr w:rsidR="00821CA1" w14:paraId="067586DE" w14:textId="77777777">
        <w:trPr>
          <w:jc w:val="center"/>
        </w:trPr>
        <w:tc>
          <w:tcPr>
            <w:tcW w:w="5156" w:type="dxa"/>
            <w:shd w:val="clear" w:color="auto" w:fill="E7E6E6"/>
            <w:vAlign w:val="center"/>
          </w:tcPr>
          <w:p w14:paraId="3D3C52DA" w14:textId="77777777" w:rsidR="00821CA1" w:rsidRDefault="00F22808">
            <w:r>
              <w:rPr>
                <w:b/>
                <w:sz w:val="18"/>
              </w:rPr>
              <w:t>Uppgift</w:t>
            </w:r>
          </w:p>
        </w:tc>
        <w:tc>
          <w:tcPr>
            <w:tcW w:w="5156" w:type="dxa"/>
            <w:shd w:val="clear" w:color="auto" w:fill="E7E6E6"/>
            <w:vAlign w:val="center"/>
          </w:tcPr>
          <w:p w14:paraId="4E4349DD" w14:textId="77777777" w:rsidR="00821CA1" w:rsidRDefault="00F22808">
            <w:r>
              <w:rPr>
                <w:b/>
                <w:sz w:val="18"/>
              </w:rPr>
              <w:t>Svar</w:t>
            </w:r>
          </w:p>
        </w:tc>
      </w:tr>
      <w:tr w:rsidR="00821CA1" w14:paraId="0E5A6797" w14:textId="77777777">
        <w:trPr>
          <w:jc w:val="center"/>
        </w:trPr>
        <w:tc>
          <w:tcPr>
            <w:tcW w:w="5156" w:type="dxa"/>
            <w:vAlign w:val="center"/>
          </w:tcPr>
          <w:p w14:paraId="65C3B57C" w14:textId="77777777" w:rsidR="00821CA1" w:rsidRDefault="00F22808">
            <w:r>
              <w:rPr>
                <w:sz w:val="18"/>
              </w:rPr>
              <w:t>Ort och datum</w:t>
            </w:r>
          </w:p>
        </w:tc>
        <w:tc>
          <w:tcPr>
            <w:tcW w:w="5156" w:type="dxa"/>
            <w:vAlign w:val="center"/>
          </w:tcPr>
          <w:p w14:paraId="201630CA" w14:textId="77777777" w:rsidR="00821CA1" w:rsidRDefault="00F22808">
            <w:r>
              <w:rPr>
                <w:sz w:val="18"/>
              </w:rPr>
              <w:t>Skriv här</w:t>
            </w:r>
          </w:p>
        </w:tc>
      </w:tr>
      <w:tr w:rsidR="00821CA1" w14:paraId="451FD473" w14:textId="77777777">
        <w:trPr>
          <w:jc w:val="center"/>
        </w:trPr>
        <w:tc>
          <w:tcPr>
            <w:tcW w:w="5156" w:type="dxa"/>
            <w:vAlign w:val="center"/>
          </w:tcPr>
          <w:p w14:paraId="3D44B3CB" w14:textId="77777777" w:rsidR="00821CA1" w:rsidRDefault="00F22808">
            <w:r>
              <w:rPr>
                <w:sz w:val="18"/>
              </w:rPr>
              <w:t>Behörig företrädares namn</w:t>
            </w:r>
          </w:p>
        </w:tc>
        <w:tc>
          <w:tcPr>
            <w:tcW w:w="5156" w:type="dxa"/>
            <w:vAlign w:val="center"/>
          </w:tcPr>
          <w:p w14:paraId="0FB24578" w14:textId="77777777" w:rsidR="00821CA1" w:rsidRDefault="00F22808">
            <w:r>
              <w:rPr>
                <w:sz w:val="18"/>
              </w:rPr>
              <w:t>Skriv här</w:t>
            </w:r>
          </w:p>
        </w:tc>
      </w:tr>
      <w:tr w:rsidR="00821CA1" w14:paraId="25C5432E" w14:textId="77777777">
        <w:trPr>
          <w:jc w:val="center"/>
        </w:trPr>
        <w:tc>
          <w:tcPr>
            <w:tcW w:w="5156" w:type="dxa"/>
            <w:vAlign w:val="center"/>
          </w:tcPr>
          <w:p w14:paraId="71262108" w14:textId="77777777" w:rsidR="00821CA1" w:rsidRDefault="00F22808">
            <w:r>
              <w:rPr>
                <w:sz w:val="18"/>
              </w:rPr>
              <w:t>Befattning</w:t>
            </w:r>
          </w:p>
        </w:tc>
        <w:tc>
          <w:tcPr>
            <w:tcW w:w="5156" w:type="dxa"/>
            <w:vAlign w:val="center"/>
          </w:tcPr>
          <w:p w14:paraId="5ECE2744" w14:textId="77777777" w:rsidR="00821CA1" w:rsidRDefault="00F22808">
            <w:r>
              <w:rPr>
                <w:sz w:val="18"/>
              </w:rPr>
              <w:t>Skriv här</w:t>
            </w:r>
          </w:p>
        </w:tc>
      </w:tr>
      <w:tr w:rsidR="00821CA1" w14:paraId="22ADE438" w14:textId="77777777">
        <w:trPr>
          <w:jc w:val="center"/>
        </w:trPr>
        <w:tc>
          <w:tcPr>
            <w:tcW w:w="5156" w:type="dxa"/>
            <w:vAlign w:val="center"/>
          </w:tcPr>
          <w:p w14:paraId="1BAF0FA2" w14:textId="77777777" w:rsidR="00821CA1" w:rsidRDefault="00F22808">
            <w:r>
              <w:rPr>
                <w:sz w:val="18"/>
              </w:rPr>
              <w:t>Underskrift</w:t>
            </w:r>
          </w:p>
        </w:tc>
        <w:tc>
          <w:tcPr>
            <w:tcW w:w="5156" w:type="dxa"/>
            <w:vAlign w:val="center"/>
          </w:tcPr>
          <w:p w14:paraId="25F77E1D" w14:textId="77777777" w:rsidR="00821CA1" w:rsidRDefault="00821CA1"/>
        </w:tc>
      </w:tr>
      <w:tr w:rsidR="00821CA1" w14:paraId="2D8DCEEF" w14:textId="77777777">
        <w:trPr>
          <w:jc w:val="center"/>
        </w:trPr>
        <w:tc>
          <w:tcPr>
            <w:tcW w:w="5156" w:type="dxa"/>
            <w:vAlign w:val="center"/>
          </w:tcPr>
          <w:p w14:paraId="04190F57" w14:textId="77777777" w:rsidR="00821CA1" w:rsidRDefault="00F22808">
            <w:r>
              <w:rPr>
                <w:sz w:val="18"/>
              </w:rPr>
              <w:t>Namnförtydligande</w:t>
            </w:r>
          </w:p>
        </w:tc>
        <w:tc>
          <w:tcPr>
            <w:tcW w:w="5156" w:type="dxa"/>
            <w:vAlign w:val="center"/>
          </w:tcPr>
          <w:p w14:paraId="506E2BA9" w14:textId="77777777" w:rsidR="00821CA1" w:rsidRDefault="00F22808">
            <w:r>
              <w:rPr>
                <w:sz w:val="18"/>
              </w:rPr>
              <w:t>Skriv här</w:t>
            </w:r>
          </w:p>
        </w:tc>
      </w:tr>
    </w:tbl>
    <w:p w14:paraId="344866D0" w14:textId="77777777" w:rsidR="00F22808" w:rsidRDefault="00F22808"/>
    <w:sectPr w:rsidR="00F22808" w:rsidSect="00034616">
      <w:pgSz w:w="12240" w:h="15840"/>
      <w:pgMar w:top="907" w:right="964" w:bottom="850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95471681">
    <w:abstractNumId w:val="8"/>
  </w:num>
  <w:num w:numId="2" w16cid:durableId="1632206409">
    <w:abstractNumId w:val="6"/>
  </w:num>
  <w:num w:numId="3" w16cid:durableId="1096099118">
    <w:abstractNumId w:val="5"/>
  </w:num>
  <w:num w:numId="4" w16cid:durableId="1207525330">
    <w:abstractNumId w:val="4"/>
  </w:num>
  <w:num w:numId="5" w16cid:durableId="2083792429">
    <w:abstractNumId w:val="7"/>
  </w:num>
  <w:num w:numId="6" w16cid:durableId="1531605744">
    <w:abstractNumId w:val="3"/>
  </w:num>
  <w:num w:numId="7" w16cid:durableId="464860852">
    <w:abstractNumId w:val="2"/>
  </w:num>
  <w:num w:numId="8" w16cid:durableId="1558856313">
    <w:abstractNumId w:val="1"/>
  </w:num>
  <w:num w:numId="9" w16cid:durableId="1548685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6204C"/>
    <w:rsid w:val="0029639D"/>
    <w:rsid w:val="00326F90"/>
    <w:rsid w:val="00821CA1"/>
    <w:rsid w:val="00A22C82"/>
    <w:rsid w:val="00AA1D8D"/>
    <w:rsid w:val="00B47730"/>
    <w:rsid w:val="00CB0664"/>
    <w:rsid w:val="00F2280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C7812E"/>
  <w14:defaultImageDpi w14:val="300"/>
  <w15:docId w15:val="{53A12969-5821-4756-A68B-828C544E5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6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18BF"/>
  </w:style>
  <w:style w:type="paragraph" w:styleId="Sidfot">
    <w:name w:val="footer"/>
    <w:basedOn w:val="Normal"/>
    <w:link w:val="Sidfo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18BF"/>
  </w:style>
  <w:style w:type="paragraph" w:styleId="Ingetavstnd">
    <w:name w:val="No Spacing"/>
    <w:uiPriority w:val="1"/>
    <w:qFormat/>
    <w:rsid w:val="00FC693F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">
    <w:name w:val="Title"/>
    <w:basedOn w:val="Normal"/>
    <w:next w:val="Normal"/>
    <w:link w:val="Rubrik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6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styck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xt">
    <w:name w:val="Body Text"/>
    <w:basedOn w:val="Normal"/>
    <w:link w:val="BrdtextChar"/>
    <w:uiPriority w:val="99"/>
    <w:unhideWhenUsed/>
    <w:rsid w:val="00AA1D8D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rsid w:val="00AA1D8D"/>
  </w:style>
  <w:style w:type="paragraph" w:styleId="Brdtext2">
    <w:name w:val="Body Text 2"/>
    <w:basedOn w:val="Normal"/>
    <w:link w:val="Brdtext2Char"/>
    <w:uiPriority w:val="99"/>
    <w:unhideWhenUsed/>
    <w:rsid w:val="00AA1D8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rsid w:val="00AA1D8D"/>
  </w:style>
  <w:style w:type="paragraph" w:styleId="Brdtext3">
    <w:name w:val="Body Text 3"/>
    <w:basedOn w:val="Normal"/>
    <w:link w:val="Brd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a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reradlist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reradlist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fortst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FC693F"/>
    <w:rPr>
      <w:i/>
      <w:i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ark">
    <w:name w:val="Strong"/>
    <w:basedOn w:val="Standardstycketeckensnitt"/>
    <w:uiPriority w:val="22"/>
    <w:qFormat/>
    <w:rsid w:val="00FC693F"/>
    <w:rPr>
      <w:b/>
      <w:bCs/>
    </w:rPr>
  </w:style>
  <w:style w:type="character" w:styleId="Betoning">
    <w:name w:val="Emphasis"/>
    <w:basedOn w:val="Standardstycketeckensnitt"/>
    <w:uiPriority w:val="20"/>
    <w:qFormat/>
    <w:rsid w:val="00FC693F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693F"/>
    <w:rPr>
      <w:b/>
      <w:bCs/>
      <w:i/>
      <w:iCs/>
      <w:color w:val="4F81BD" w:themeColor="accent1"/>
    </w:rPr>
  </w:style>
  <w:style w:type="character" w:styleId="Diskretbetoning">
    <w:name w:val="Subtle Emphasis"/>
    <w:basedOn w:val="Standardstycketeckensnitt"/>
    <w:uiPriority w:val="19"/>
    <w:qFormat/>
    <w:rsid w:val="00FC693F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FC693F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FC693F"/>
    <w:rPr>
      <w:smallCaps/>
      <w:color w:val="C0504D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FC693F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C693F"/>
    <w:pPr>
      <w:outlineLvl w:val="9"/>
    </w:pPr>
  </w:style>
  <w:style w:type="table" w:styleId="Tabellrutnt">
    <w:name w:val="Table Grid"/>
    <w:basedOn w:val="Normal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">
    <w:name w:val="Light Shading"/>
    <w:basedOn w:val="Normal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juslista">
    <w:name w:val="Light List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justrutnt">
    <w:name w:val="Light Grid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llanmrkskuggning1">
    <w:name w:val="Medium Shading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lista1">
    <w:name w:val="Medium Lis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trutnt1">
    <w:name w:val="Medium Grid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a">
    <w:name w:val="Dark List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rgadskuggning">
    <w:name w:val="Colorful Shading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lista">
    <w:name w:val="Colorful List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trutnt">
    <w:name w:val="Colorful Grid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950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5979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Rima Mouneimne</cp:lastModifiedBy>
  <cp:revision>2</cp:revision>
  <dcterms:created xsi:type="dcterms:W3CDTF">2026-07-07T08:07:00Z</dcterms:created>
  <dcterms:modified xsi:type="dcterms:W3CDTF">2026-07-07T08:07:00Z</dcterms:modified>
  <cp:category/>
</cp:coreProperties>
</file>